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Министерство финансов Российской Федерации</w:t>
      </w:r>
    </w:p>
    <w:p>
      <w:pPr>
        <w:jc w:val="right"/>
      </w:pPr>
      <w:r>
        <w:t>Департамент налоговой политики</w:t>
      </w:r>
    </w:p>
    <w:p>
      <w:pPr>
        <w:jc w:val="right"/>
      </w:pPr>
      <w:r>
        <w:t>109097, г. Москва, ул. Ильинка, д. 9</w:t>
      </w:r>
    </w:p>
    <w:p>
      <w:pPr>
        <w:jc w:val="right"/>
      </w:pPr>
      <w:r>
        <w:t>От: Новиковой Елены Владимировны</w:t>
      </w:r>
    </w:p>
    <w:p>
      <w:pPr>
        <w:jc w:val="right"/>
      </w:pPr>
      <w:r>
        <w:t>ИНН: 770987654321</w:t>
      </w:r>
    </w:p>
    <w:p>
      <w:pPr>
        <w:jc w:val="right"/>
      </w:pPr>
      <w:r>
        <w:t>Адрес: 127000, г. Москва, ул. Центральная, д. 1, кв. 10</w:t>
      </w:r>
    </w:p>
    <w:p>
      <w:pPr>
        <w:jc w:val="right"/>
      </w:pPr>
      <w:r>
        <w:t>Email: novikova_ev@example.com</w:t>
      </w:r>
    </w:p>
    <w:p>
      <w:pPr>
        <w:jc w:val="right"/>
      </w:pPr>
      <w:r>
        <w:t>Телефон: +7 (900) 000-00-00</w:t>
      </w:r>
    </w:p>
    <w:p>
      <w:pPr>
        <w:jc w:val="center"/>
      </w:pPr>
      <w:r>
        <w:rPr>
          <w:b/>
        </w:rPr>
        <w:t>ЗАПРОС</w:t>
      </w:r>
    </w:p>
    <w:p>
      <w:r>
        <w:t>о даче письменного разъяснения по вопросу применения законодательства о налогах и сборах</w:t>
      </w:r>
    </w:p>
    <w:p/>
    <w:p>
      <w:r>
        <w:t>На основании пп. 2 п. 1 ст. 21 и ст. 34.2 НК РФ прошу дать письменное разъяснение по следующей ситуации.</w:t>
      </w:r>
    </w:p>
    <w:p/>
    <w:p>
      <w:pPr>
        <w:pStyle w:val="ListNumber"/>
      </w:pPr>
      <w:r>
        <w:t>1. Описание ситуации</w:t>
      </w:r>
    </w:p>
    <w:p>
      <w:r>
        <w:t>В 2024 году мною продана квартира за 5 800 000 руб. Указанный объект недвижимости был получен мною в дар от матери в августе 2022 года (срок владения менее 3 лет). Кадастровая стоимость квартиры на 01.01.2024 составляла 6 200 000 руб. (70% от кадастровой стоимости — 4 340 000 руб., что ниже цены продажи).</w:t>
      </w:r>
    </w:p>
    <w:p>
      <w:r>
        <w:t>Мать (даритель) приобрела данную квартиру в 2019 году по договору купли-продажи за 4 300 000 руб. Данные расходы подтверждены документально (платежное поручение, расписка).</w:t>
      </w:r>
    </w:p>
    <w:p/>
    <w:p>
      <w:pPr>
        <w:pStyle w:val="ListNumber"/>
      </w:pPr>
      <w:r>
        <w:t>2. Правовая позиция</w:t>
      </w:r>
    </w:p>
    <w:p>
      <w:r>
        <w:t>Согласно абз. 18 пп. 2 п. 2 ст. 220 НК РФ, если при поиске налоговой базы по доходам от продажи имущества, полученного в дар, налогоплательщик не может подтвердить расходы документами, он вправе уменьшить доход на расходы дарителя на приобретение этого имущества, которые не были учтены дарителем ранее. Дарение происходило между близкими родственниками (мать и дочь), что освобождало саму операцию дарения от налогообложения (п. 18.1 ст. 217 НК РФ).</w:t>
      </w:r>
    </w:p>
    <w:p/>
    <w:p>
      <w:pPr>
        <w:pStyle w:val="ListNumber"/>
      </w:pPr>
      <w:r>
        <w:t>3. Вопрос</w:t>
      </w:r>
    </w:p>
    <w:p>
      <w:r>
        <w:t>Вправе ли я при исчислении НДФЛ за 2024 год по операции продажи квартиры уменьшить сумму облагаемого дохода (5 800 000 руб.) на сумму расходов, произведенных моим дарителем (матерью) на ее приобретение в 2019 году (4 300 000 руб.), при условии документального подтверждения таких расходов?</w:t>
      </w:r>
    </w:p>
    <w:p/>
    <w:p>
      <w:r>
        <w:t>Прошу направить ответ почтовым отправлением или на указанный адрес электронной почты.</w:t>
      </w:r>
    </w:p>
    <w:p/>
    <w:p>
      <w:r>
        <w:t>Дата: 15 июня 2026 г.</w:t>
      </w:r>
    </w:p>
    <w:p/>
    <w:p>
      <w:r>
        <w:t>Подпись: ________________ / Новикова Е.В. /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договора дарения от 12.08.2022.</w:t>
      </w:r>
    </w:p>
    <w:p>
      <w:pPr>
        <w:pStyle w:val="ListNumber"/>
      </w:pPr>
      <w:r>
        <w:t>2. Копия договора купли-продажи матерью от 15.05.2019 и платежного документа.</w:t>
      </w:r>
    </w:p>
    <w:p>
      <w:pPr>
        <w:pStyle w:val="ListNumber"/>
      </w:pPr>
      <w:r>
        <w:t>3. Копия свидетельства о рождении (подтверждение родства).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