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ИФНС России № 15 по г. Москве</w:t>
      </w:r>
    </w:p>
    <w:p>
      <w:pPr>
        <w:jc w:val="right"/>
      </w:pPr>
      <w:r>
        <w:t>от Иванова Ивана Ивановича</w:t>
      </w:r>
    </w:p>
    <w:p>
      <w:pPr>
        <w:jc w:val="right"/>
      </w:pPr>
      <w:r>
        <w:t>ИНН: 771234567890</w:t>
      </w:r>
    </w:p>
    <w:p>
      <w:pPr>
        <w:jc w:val="right"/>
      </w:pPr>
      <w:r>
        <w:t>Адрес: 127015, г. Москва, ул. Новодмитровская, д. 2, кв. 45</w:t>
      </w:r>
    </w:p>
    <w:p>
      <w:pPr>
        <w:jc w:val="right"/>
      </w:pPr>
      <w:r>
        <w:t>Тел: +7 (915) 123-45-67</w:t>
      </w:r>
    </w:p>
    <w:p>
      <w:pPr>
        <w:jc w:val="center"/>
      </w:pPr>
      <w:r>
        <w:rPr>
          <w:b/>
        </w:rPr>
        <w:t>ЗАЯВЛЕНИЕ</w:t>
      </w:r>
    </w:p>
    <w:p>
      <w:r>
        <w:t>о возврате излишне взысканных денежных средств и выплате процентов</w:t>
      </w:r>
    </w:p>
    <w:p/>
    <w:p>
      <w:r>
        <w:t>01.03.2025 ИФНС № 15 по г. Москве принудительно списала с моего счета в ПАО Сбербанк сумму 50 000 руб. 00 коп. в качестве задолженности по налогу на имущество физических лиц (Решение о взыскании № 1234 от 15.02.2025).</w:t>
      </w:r>
    </w:p>
    <w:p/>
    <w:p>
      <w:r>
        <w:t>Решением УФНС по г. Москве № 25-10/00987 от 15.05.2025 моя жалоба на указанное решение о взыскании была удовлетворена в полном объеме, взыскание признано незаконным в связи с тем, что налог был оплачен мной добровольно еще в декабре 2024 года.</w:t>
      </w:r>
    </w:p>
    <w:p/>
    <w:p>
      <w:r>
        <w:t>Согласно п. 9 ст. 79 НК РФ, мне положена выплата процентов по ключевой ставке ЦБ РФ за весь период незаконного удержания.</w:t>
      </w:r>
    </w:p>
    <w:p/>
    <w:p>
      <w:r>
        <w:t>Расчет процентов на 15.06.2026:</w:t>
      </w:r>
    </w:p>
    <w:p>
      <w:pPr>
        <w:pStyle w:val="ListBullet"/>
      </w:pPr>
      <w:r>
        <w:t>Период: с 02.03.2025 по 15.06.2026 (471 день).</w:t>
      </w:r>
    </w:p>
    <w:p>
      <w:pPr>
        <w:pStyle w:val="ListBullet"/>
      </w:pPr>
      <w:r>
        <w:t>Сумма: 50 000 руб.</w:t>
      </w:r>
    </w:p>
    <w:p>
      <w:pPr>
        <w:pStyle w:val="ListBullet"/>
      </w:pPr>
      <w:r>
        <w:t>Ставка ЦБ: 21%.</w:t>
      </w:r>
    </w:p>
    <w:p>
      <w:pPr>
        <w:pStyle w:val="ListBullet"/>
      </w:pPr>
      <w:r>
        <w:t>Расчет: 50 000 * 21% / 365 * 471 = 13 553 руб. 42 коп.</w:t>
      </w:r>
    </w:p>
    <w:p/>
    <w:p>
      <w:r>
        <w:t>На основании ст. 79 НК РФ,</w:t>
      </w:r>
    </w:p>
    <w:p/>
    <w:p>
      <w:r>
        <w:rPr>
          <w:b/>
        </w:rPr>
        <w:t>ПРОШУ:</w:t>
      </w:r>
    </w:p>
    <w:p>
      <w:pPr>
        <w:pStyle w:val="ListNumber"/>
      </w:pPr>
      <w:r>
        <w:t>1. Вернуть излишне взысканный налог в размере 50 000 руб.</w:t>
      </w:r>
    </w:p>
    <w:p>
      <w:pPr>
        <w:pStyle w:val="ListNumber"/>
      </w:pPr>
      <w:r>
        <w:t>2. Начислить и выплатить проценты за период с 02.03.2025 по дату фактического возврата средств. На дату подачи заявления сумма процентов составляет 13 553 руб. 42 коп.</w:t>
      </w:r>
    </w:p>
    <w:p>
      <w:pPr>
        <w:pStyle w:val="ListNumber"/>
      </w:pPr>
      <w:r>
        <w:t>3. Средства прошу направить по реквизитам:</w:t>
      </w:r>
    </w:p>
    <w:p>
      <w:r>
        <w:t>Получатель: Иванов Иван Иванович,</w:t>
      </w:r>
    </w:p>
    <w:p>
      <w:r>
        <w:t>Счет: 40817810100001234567 в ПАО Сбербанк,</w:t>
      </w:r>
    </w:p>
    <w:p>
      <w:r>
        <w:t>БИК: 044525225, К/с: 30101810400000000225.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Копия выписки из ПАО Сбербанк от 01.03.2025.</w:t>
      </w:r>
    </w:p>
    <w:p>
      <w:pPr>
        <w:pStyle w:val="ListNumber"/>
      </w:pPr>
      <w:r>
        <w:t>2. Копия Решения УФНС по г. Москве от 15.05.2025 № 25-10/00987.</w:t>
      </w:r>
    </w:p>
    <w:p>
      <w:pPr>
        <w:pStyle w:val="ListNumber"/>
      </w:pPr>
      <w:r>
        <w:t>3. Копия паспорта.</w:t>
      </w:r>
    </w:p>
    <w:p/>
    <w:p>
      <w:r>
        <w:t>15.06.2026                    ____________ / Иванов И.И.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