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ИФНС России № 28 по г. Москве</w:t>
      </w:r>
    </w:p>
    <w:p>
      <w:pPr>
        <w:jc w:val="right"/>
      </w:pPr>
      <w:r>
        <w:t>119296, г. Москва, ул. Университетский просп., д. 9</w:t>
      </w:r>
    </w:p>
    <w:p>
      <w:pPr>
        <w:jc w:val="right"/>
      </w:pPr>
      <w:r>
        <w:t>От: Петровой Елены Сергеевны</w:t>
      </w:r>
    </w:p>
    <w:p>
      <w:pPr>
        <w:jc w:val="right"/>
      </w:pPr>
      <w:r>
        <w:t>ИНН: 772801234567</w:t>
      </w:r>
    </w:p>
    <w:p>
      <w:pPr>
        <w:jc w:val="right"/>
      </w:pPr>
      <w:r>
        <w:t>Адрес: 119296, г. Москва, ул. Ленинский просп., д. 72, кв. 15</w:t>
      </w:r>
    </w:p>
    <w:p>
      <w:pPr>
        <w:jc w:val="right"/>
      </w:pPr>
      <w:r>
        <w:t>Тел.: +7 (903) 456-78-90</w:t>
      </w:r>
    </w:p>
    <w:p>
      <w:pPr>
        <w:jc w:val="right"/>
      </w:pPr>
      <w:r>
        <w:t>E-mail: petrova_es@example.com</w:t>
      </w:r>
    </w:p>
    <w:p>
      <w:pPr>
        <w:jc w:val="center"/>
      </w:pPr>
      <w:r>
        <w:rPr>
          <w:b/>
        </w:rPr>
        <w:t>ЗАЯВЛЕНИЕ</w:t>
      </w:r>
    </w:p>
    <w:p>
      <w:r>
        <w:t>об урегулировании расхождений по Единому налоговому счету (ЕНС)</w:t>
      </w:r>
    </w:p>
    <w:p/>
    <w:p>
      <w:r>
        <w:t>На основании подпунктов 1, 10, 11 пункта 1 статьи 21, подпункта 11 пункта 1 статьи 32 и статьи 11.3 Налогового кодекса РФ, прошу устранить расхождения данных в моем Едином налоговом счете.</w:t>
      </w:r>
    </w:p>
    <w:p/>
    <w:p>
      <w:r>
        <w:t>15.05.2025 г. в Личном кабинете налогоплательщика мной обнаружено отрицательное сальдо ЕНС в размере 10 333 руб. по транспортному налогу за 2024 год.</w:t>
      </w:r>
    </w:p>
    <w:p>
      <w:r>
        <w:t>С указанными данными не согласна. Начисление произведено в полном объеме за 12 месяцев владения транспортным средством Hyundai Solaris (VIN: X7XXXXXXXXXXXXXX, г/н А 123 АА 77).</w:t>
      </w:r>
    </w:p>
    <w:p>
      <w:r>
        <w:t>Однако указанный автомобиль был продан мной 10.03.2024 (Договор купли-продажи №1 от 10.03.2024), и снят с учета в ГИБДД 12.03.2024.</w:t>
      </w:r>
    </w:p>
    <w:p>
      <w:r>
        <w:t>Согласно п. 3 ст. 362 НК РФ, при расчете налога учитывается коэффициент 2/12 (владение — январь, февраль; март не учитывается, т.к. снятие с учета произошло до 15-го числа).</w:t>
      </w:r>
    </w:p>
    <w:p>
      <w:r>
        <w:t>Расчет налога: 12 400 руб. (полный год) × (2 мес. / 12 мес.) = 2 067 руб.</w:t>
      </w:r>
    </w:p>
    <w:p>
      <w:r>
        <w:t>Сумма излишнего начисления: 12 400 - 2 067 = 10 333 руб.</w:t>
      </w:r>
    </w:p>
    <w:p/>
    <w:p>
      <w:r>
        <w:t>Сведения о спорных операциях:</w:t>
      </w:r>
    </w:p>
    <w:p>
      <w:r>
        <w:t>| Налог (КБК) | Период | Сумма (ЕНС), руб. | Сумма (факт), руб. | Расхождение | Документ-основание |</w:t>
      </w:r>
    </w:p>
    <w:p>
      <w:r>
        <w:t>|-------------|--------|-------------------|--------------------|-------------|--------------------|</w:t>
      </w:r>
    </w:p>
    <w:p>
      <w:r>
        <w:t>| Трансп. налог| 2024  | 12 400            | 2 067              | 10 333      | ДКП от 10.03.2024  |</w:t>
      </w:r>
    </w:p>
    <w:p/>
    <w:p>
      <w:r>
        <w:rPr>
          <w:b/>
        </w:rPr>
        <w:t>ПРОШУ:</w:t>
      </w:r>
    </w:p>
    <w:p>
      <w:pPr>
        <w:pStyle w:val="ListNumber"/>
      </w:pPr>
      <w:r>
        <w:t>1. Скорректировать данные о начислениях по транспортному налогу за 2024 год на сумму 10 333 руб.</w:t>
      </w:r>
    </w:p>
    <w:p>
      <w:pPr>
        <w:pStyle w:val="ListNumber"/>
      </w:pPr>
      <w:r>
        <w:t>2. Привести сальдо ЕНС в соответствие с фактическим исполнением обязательств.</w:t>
      </w:r>
    </w:p>
    <w:p>
      <w:pPr>
        <w:pStyle w:val="ListNumber"/>
      </w:pPr>
      <w:r>
        <w:t>3. О результатах рассмотрения уведомить меня в Личном кабинете налогоплательщика.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Договора купли-продажи ТС от 10.03.2024.</w:t>
      </w:r>
    </w:p>
    <w:p>
      <w:pPr>
        <w:pStyle w:val="ListNumber"/>
      </w:pPr>
      <w:r>
        <w:t>2. Копия акта приема-передачи ТС.</w:t>
      </w:r>
    </w:p>
    <w:p>
      <w:pPr>
        <w:pStyle w:val="ListNumber"/>
      </w:pPr>
      <w:r>
        <w:t>3. Справка/выписка из ЛК налогоплательщика от 15.05.2025.</w:t>
      </w:r>
    </w:p>
    <w:p/>
    <w:p>
      <w:r>
        <w:t>16.05.2025 г.                     ____________ / Петрова Е.С.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