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Министерство финансов</w:t>
      </w:r>
    </w:p>
    <w:p>
      <w:pPr>
        <w:jc w:val="right"/>
      </w:pPr>
      <w:r>
        <w:t>Российской Федерации</w:t>
      </w:r>
    </w:p>
    <w:p>
      <w:pPr>
        <w:jc w:val="right"/>
      </w:pPr>
      <w:r>
        <w:t>Департамент налоговой политики</w:t>
      </w:r>
    </w:p>
    <w:p>
      <w:pPr>
        <w:jc w:val="right"/>
      </w:pPr>
      <w:r>
        <w:t>109097, г. Москва, ул. Ильинка, д. 9</w:t>
      </w:r>
    </w:p>
    <w:p/>
    <w:p>
      <w:pPr>
        <w:jc w:val="right"/>
      </w:pPr>
      <w:r>
        <w:t>от: Новикова Елена Владимировна</w:t>
      </w:r>
    </w:p>
    <w:p>
      <w:pPr>
        <w:jc w:val="right"/>
      </w:pPr>
      <w:r>
        <w:t>ИНН: 770987654321</w:t>
      </w:r>
    </w:p>
    <w:p>
      <w:pPr>
        <w:jc w:val="right"/>
      </w:pPr>
      <w:r>
        <w:t>Адрес: 119421, г. Москва, ул. Обручева, д. 35, кв. 88</w:t>
      </w:r>
    </w:p>
    <w:p>
      <w:pPr>
        <w:jc w:val="right"/>
      </w:pPr>
      <w:r>
        <w:t>Email: novikova.ev@example.com</w:t>
      </w:r>
    </w:p>
    <w:p/>
    <w:p>
      <w:pPr>
        <w:jc w:val="center"/>
      </w:pPr>
      <w:r>
        <w:rPr>
          <w:b/>
          <w:sz w:val="28"/>
        </w:rPr>
        <w:t>ЗАПРОС</w:t>
      </w:r>
    </w:p>
    <w:p>
      <w:pPr>
        <w:jc w:val="center"/>
      </w:pPr>
      <w:r>
        <w:rPr>
          <w:b/>
          <w:sz w:val="28"/>
        </w:rPr>
        <w:t>о даче письменного разъяснения по вопросу применения налогового законодательства</w:t>
      </w:r>
    </w:p>
    <w:p/>
    <w:p>
      <w:r>
        <w:t>На основании подпункта 2 пункта 1 статьи 21 и статьи 34.2 Налогового кодекса Российской Федерации прошу дать письменное разъяснение по следующему вопросу.</w:t>
      </w:r>
    </w:p>
    <w:p/>
    <w:p>
      <w:r>
        <w:rPr>
          <w:b/>
        </w:rPr>
        <w:t>1. Описание ситуации</w:t>
      </w:r>
    </w:p>
    <w:p>
      <w:r>
        <w:t>В 2024 году я продала квартиру за 5 800 000 руб. Квартира была получена по договору дарения от матери в 2022 году. Кадастровая стоимость квартиры на 01.01.2024 — 6 200 000 руб. Срок владения — менее 3 лет.</w:t>
      </w:r>
    </w:p>
    <w:p/>
    <w:p>
      <w:r>
        <w:t>При заполнении декларации 3-НДФЛ за 2024 год возник вопрос о применении имущественного вычета: я хочу уменьшить доход от продажи на расходы дарителя (моей матери) по приобретению этой квартиры в 2019 году — 4 300 000 руб. (пп. 2 п. 2 ст. 220 НК РФ, в ред. ФЗ от 29.09.2019 № 325-ФЗ).</w:t>
      </w:r>
    </w:p>
    <w:p/>
    <w:p>
      <w:r>
        <w:rPr>
          <w:b/>
        </w:rPr>
        <w:t>2. Вопрос</w:t>
      </w:r>
    </w:p>
    <w:p>
      <w:r>
        <w:t>Вправе ли я при продаже квартиры, полученной в дар от близкого родственника (мать), уменьшить доход на расходы дарителя по приобретению этой квартиры на основании пп. 2 п. 2 ст. 220 НК РФ?</w:t>
      </w:r>
    </w:p>
    <w:p/>
    <w:p>
      <w:r>
        <w:rPr>
          <w:b/>
        </w:rPr>
        <w:t>3. Нормы, которые, по моему мнению, относятся к ситуации</w:t>
      </w:r>
    </w:p>
    <w:p>
      <w:r>
        <w:t>— Пп. 2 п. 2 ст. 220 НК РФ (в ред. ФЗ от 29.09.2019 № 325-ФЗ) — право уменьшить доход на расходы, которые понёс даритель.</w:t>
      </w:r>
    </w:p>
    <w:p>
      <w:r>
        <w:t>— П. 18.1 ст. 217 НК РФ — освобождение дохода в виде дарения от близкого родственника.</w:t>
      </w:r>
    </w:p>
    <w:p>
      <w:r>
        <w:t>— Письмо Минфина от 10.03.2020 № 03-04-05/17604 — по аналогичной ситуации.</w:t>
      </w:r>
    </w:p>
    <w:p/>
    <w:p>
      <w:r>
        <w:rPr>
          <w:b/>
        </w:rPr>
        <w:t>4. Моя позиция</w:t>
      </w:r>
    </w:p>
    <w:p>
      <w:r>
        <w:t>Считаю, что вправе, поскольку пп. 2 п. 2 ст. 220 НК РФ прямо допускает уменьшение дохода на расходы дарителя, если имущество получено в дар. Мать приобрела квартиру за 4 300 000 руб. (ДКП от 15.05.2019, оплата подтверждена распиской и выпиской из банка).</w:t>
      </w:r>
    </w:p>
    <w:p/>
    <w:p>
      <w:r>
        <w:rPr>
          <w:b/>
        </w:rPr>
        <w:t>5. Просьба</w:t>
      </w:r>
    </w:p>
    <w:p>
      <w:r>
        <w:t>Прошу дать письменное разъяснение по вопросу возможности применения пп. 2 п. 2 ст. 220 НК РФ в описанной ситуации.</w:t>
      </w:r>
    </w:p>
    <w:p/>
    <w:p>
      <w:r>
        <w:t>Дата: 05 июня 2026 г.</w:t>
      </w:r>
    </w:p>
    <w:p>
      <w:r>
        <w:t>Подпись: ________________ / Новикова Е.В. /</w:t>
      </w:r>
    </w:p>
    <w:p/>
    <w:p>
      <w:r>
        <w:rPr>
          <w:b/>
        </w:rPr>
        <w:t>Приложения:</w:t>
      </w:r>
    </w:p>
    <w:p>
      <w:r>
        <w:t>1. Копия договора дарения от 12.08.2022 — 3 стр.</w:t>
      </w:r>
    </w:p>
    <w:p>
      <w:r>
        <w:t>2. Копия ДКП квартиры матерью от 15.05.2019 — 4 стр.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