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28 по г. Москве</w:t>
        <w:br/>
      </w:r>
      <w:r>
        <w:t>119296, г. Москва, ул. Университетский просп., д. 9</w:t>
        <w:br/>
        <w:br/>
      </w:r>
      <w:r>
        <w:t>От: Петрова Елена Сергеевна</w:t>
        <w:br/>
      </w:r>
      <w:r>
        <w:t>ИНН: 772801234567</w:t>
        <w:br/>
      </w:r>
      <w:r>
        <w:t>Адрес: 119296, г. Москва, ул. Ленинский просп., д. 72, кв. 15</w:t>
        <w:br/>
      </w:r>
      <w:r>
        <w:t>Тел.: +7 (903) 456-78-90</w:t>
        <w:br/>
      </w:r>
      <w:r>
        <w:t>E-mail: petrova.e@example.ru</w:t>
      </w:r>
    </w:p>
    <w:p>
      <w:pPr>
        <w:jc w:val="center"/>
      </w:pPr>
      <w:r>
        <w:rPr>
          <w:b/>
        </w:rPr>
        <w:t>ЗАЯВЛЕНИЕ</w:t>
      </w:r>
    </w:p>
    <w:p>
      <w:pPr>
        <w:jc w:val="center"/>
      </w:pPr>
      <w:r>
        <w:t>об урегулировании расхождений сальдо единого налогового счёта</w:t>
      </w:r>
    </w:p>
    <w:p>
      <w:r>
        <w:t>В соответствии со статьями 11.3, 21, 32, 45 Налогового кодекса Российской Федерации обращаюсь в связи с обнаружением расхождения данных единого налогового счёта (ЕНС).</w:t>
      </w:r>
    </w:p>
    <w:p>
      <w:r>
        <w:t>15 мая 2025 г. при проверке данных ЕНС в личном кабинете налогоплательщика обнаружена задолженность по транспортному налогу за 2024 год в сумме 12 400 руб. Указанная задолженность является ошибочной по следующим основаниям:</w:t>
      </w:r>
    </w:p>
    <w:p>
      <w:r>
        <w:t>Транспортное средство Hyundai Solaris, г/н А 123 АА 77, было продано мной 10 марта 2024 г. по договору купли-продажи. Переход права собственности зарегистрирован в ГИБДД 12 марта 2024 г. (свидетельство о регистрации выдано покупателю). Таким образом, я являлась собственником транспортного средства только 2 полных месяца 2024 года (январь, февраль), что в соответствии с п. 3 ст. 362 НК РФ должно учитываться при расчёте налога.</w:t>
      </w:r>
    </w:p>
    <w:p>
      <w:r>
        <w:t>По моим расчётам, транспортный налог за 2024 год составляет: 12 400 руб. × (2 мес. / 12 мес.) = 2 067 руб. Разница: 12 400 − 2 067 = 10 333 руб. — сумма, ошибочно отражённая в ЕНС.</w:t>
      </w:r>
    </w:p>
    <w:p>
      <w:r>
        <w:rPr>
          <w:b/>
        </w:rPr>
        <w:t>Спорные записи ЕНС: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sz w:val="18"/>
              </w:rPr>
              <w:t>Вид налога / КБК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Период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Сумма в ЕНС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Сумма по данным заявителя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Разница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Основание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Транспортный налог</w:t>
              <w:br/>
              <w:t>18210604012021100110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2024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12 400 руб.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2 067 руб.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10 333 руб.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ТС продано 10.03.2024; владение 2 мес.</w:t>
            </w:r>
          </w:p>
        </w:tc>
      </w:tr>
    </w:tbl>
    <w:p/>
    <w:p>
      <w:r>
        <w:t>В подтверждение вышеизложенного прилагаю:</w:t>
      </w:r>
    </w:p>
    <w:p>
      <w:pPr>
        <w:pStyle w:val="ListBullet"/>
      </w:pPr>
      <w:r>
        <w:t>1. Копия договора купли-продажи транспортного средства от 10.03.2024.</w:t>
      </w:r>
    </w:p>
    <w:p>
      <w:pPr>
        <w:pStyle w:val="ListBullet"/>
      </w:pPr>
      <w:r>
        <w:t>2. Копия акта приёма-передачи ТС от 10.03.2024.</w:t>
      </w:r>
    </w:p>
    <w:p>
      <w:pPr>
        <w:pStyle w:val="ListBullet"/>
      </w:pPr>
      <w:r>
        <w:t>3. Выписка из личного кабинета налогоплательщика с данными ЕНС от 15.05.2025.</w:t>
      </w:r>
    </w:p>
    <w:p>
      <w:pPr>
        <w:pStyle w:val="ListBullet"/>
      </w:pPr>
      <w:r>
        <w:t>4. Копия паспорта заявителя.</w:t>
      </w:r>
    </w:p>
    <w:p/>
    <w:p>
      <w:r>
        <w:rPr>
          <w:b/>
        </w:rPr>
        <w:t>ПРОШУ:</w:t>
      </w:r>
    </w:p>
    <w:p>
      <w:r>
        <w:t>1. Провести проверку начисления транспортного налога за 2024 год с учётом даты прекращения права собственности на ТС и скорректировать сальдо ЕНС на сумму 10 333 руб.</w:t>
      </w:r>
    </w:p>
    <w:p>
      <w:r>
        <w:t>2. Направить уведомление о результатах рассмотрения заявления.</w:t>
      </w:r>
    </w:p>
    <w:p/>
    <w:p>
      <w:r>
        <w:t>«___» __________ 20__ г.        ____________ / Петрова Е.С.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