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46 по г. Москве</w:t>
      </w:r>
    </w:p>
    <w:p>
      <w:pPr>
        <w:jc w:val="right"/>
      </w:pPr>
      <w:r>
        <w:t>от: Васильев Андрей Петрович</w:t>
      </w:r>
    </w:p>
    <w:p>
      <w:pPr>
        <w:jc w:val="right"/>
      </w:pPr>
      <w:r>
        <w:t>ИНН: 772012345678</w:t>
      </w:r>
    </w:p>
    <w:p>
      <w:pPr>
        <w:jc w:val="right"/>
      </w:pPr>
      <w:r>
        <w:t>Адрес: 117312, г. Москва, ул. Вавилова, д. 15, кв. 42</w:t>
      </w:r>
    </w:p>
    <w:p/>
    <w:p>
      <w:pPr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/>
          <w:sz w:val="28"/>
        </w:rPr>
        <w:t>об отмене зачёта суммы, формирующей положительное сальдо ЕНС</w:t>
      </w:r>
    </w:p>
    <w:p/>
    <w:p>
      <w:r>
        <w:t>На основании пункта 6 статьи 78 Налогового кодекса Российской Федерации прошу отменить ранее произведённый зачёт в счёт предстоящей обязанности по уплате налога.</w:t>
      </w:r>
    </w:p>
    <w:p/>
    <w:p>
      <w:r>
        <w:rPr>
          <w:b/>
        </w:rPr>
        <w:t>1. Реквизиты зачёта, подлежащего отмене</w:t>
      </w:r>
    </w:p>
    <w:p>
      <w:r>
        <w:t>Номер решения о зачёте: 12345 от 12.06.2026.</w:t>
      </w:r>
    </w:p>
    <w:p>
      <w:r>
        <w:t>Направление зачёта: в счёт предстоящей обязанности по уплате транспортного налога за 2025 год.</w:t>
      </w:r>
    </w:p>
    <w:p>
      <w:r>
        <w:t>Сумма зачёта: 12 500 руб.</w:t>
      </w:r>
    </w:p>
    <w:p/>
    <w:p>
      <w:r>
        <w:rPr>
          <w:b/>
        </w:rPr>
        <w:t>2. Сумма отмены</w:t>
      </w:r>
    </w:p>
    <w:p>
      <w:r>
        <w:t>Полная отмена — 12 500 руб.</w:t>
      </w:r>
    </w:p>
    <w:p/>
    <w:p>
      <w:r>
        <w:rPr>
          <w:b/>
        </w:rPr>
        <w:t>3. Причина</w:t>
      </w:r>
    </w:p>
    <w:p>
      <w:r>
        <w:t>При подаче заявления о зачёте от 12.06.2026 был ошибочно указан КБК транспортного налога. Фактически средства необходимо направить в счёт уплаты земельного налога за 2025 год. Прошу отменить зачёт, чтобы подать новое заявление с верными реквизитами.</w:t>
      </w:r>
    </w:p>
    <w:p/>
    <w:p>
      <w:r>
        <w:t>Дата: 13 июня 2026 г.</w:t>
      </w:r>
    </w:p>
    <w:p>
      <w:r>
        <w:t>Подпись: ________________ / Васильев А.П. 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