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ИФНС России № 43</w:t>
      </w:r>
    </w:p>
    <w:p>
      <w:pPr>
        <w:spacing w:after="0"/>
        <w:jc w:val="right"/>
      </w:pPr>
      <w:r>
        <w:t>по г. Москве</w:t>
      </w:r>
    </w:p>
    <w:p>
      <w:pPr>
        <w:spacing w:after="0"/>
        <w:jc w:val="right"/>
      </w:pPr>
    </w:p>
    <w:p>
      <w:pPr>
        <w:spacing w:after="0"/>
        <w:jc w:val="right"/>
      </w:pPr>
      <w:r>
        <w:t>от Сидоровой Анны Константиновны</w:t>
      </w:r>
    </w:p>
    <w:p>
      <w:pPr>
        <w:spacing w:after="0"/>
        <w:jc w:val="right"/>
      </w:pPr>
      <w:r>
        <w:t>ИНН: 771098765432</w:t>
      </w:r>
    </w:p>
    <w:p>
      <w:pPr>
        <w:spacing w:after="0"/>
        <w:jc w:val="right"/>
      </w:pPr>
      <w:r>
        <w:t>Дата рождения: 23.11.1985</w:t>
      </w:r>
    </w:p>
    <w:p>
      <w:pPr>
        <w:spacing w:after="0"/>
        <w:jc w:val="right"/>
      </w:pPr>
      <w:r>
        <w:t>г. Москва, Ленинский пр-т, д. 45, кв. 18</w:t>
      </w:r>
    </w:p>
    <w:p>
      <w:pPr>
        <w:spacing w:after="0"/>
        <w:jc w:val="right"/>
      </w:pPr>
      <w:r>
        <w:t>Телефон: +7 (926) 987-65-43</w:t>
      </w:r>
    </w:p>
    <w:p/>
    <w:p>
      <w:pPr>
        <w:jc w:val="center"/>
      </w:pPr>
      <w:r>
        <w:rPr>
          <w:b/>
          <w:sz w:val="28"/>
        </w:rPr>
        <w:t>ЗАЯВЛЕНИЕ</w:t>
      </w:r>
    </w:p>
    <w:p>
      <w:pPr>
        <w:jc w:val="center"/>
      </w:pPr>
      <w:r>
        <w:t>о прекращении исчисления транспортного налога</w:t>
        <w:br/>
        <w:t>в отношении транспортного средства, находящегося в розыске</w:t>
      </w:r>
    </w:p>
    <w:p>
      <w:r>
        <w:t>(по форме КНД 1150136)</w:t>
      </w:r>
    </w:p>
    <w:p/>
    <w:p>
      <w:r>
        <w:t>На основании пп. 7 п. 1 ст. 358, п. 3.4 ст. 362 НК РФ прошу прекратить исчисление транспортного налога в отношении угнанного транспортного средства.</w:t>
      </w:r>
    </w:p>
    <w:p/>
    <w:p>
      <w:r>
        <w:rPr>
          <w:b/>
        </w:rPr>
        <w:t>1. Сведения о транспортном средстве</w:t>
      </w:r>
    </w:p>
    <w:p>
      <w:r>
        <w:t>Вид ТС: легковой автомобиль</w:t>
      </w:r>
    </w:p>
    <w:p>
      <w:r>
        <w:t>Марка и модель: Toyota Camry</w:t>
      </w:r>
    </w:p>
    <w:p>
      <w:r>
        <w:t>Государственный регистрационный номер: К 456 МН 77</w:t>
      </w:r>
    </w:p>
    <w:p>
      <w:r>
        <w:t>VIN: XTAFS015LM0123456</w:t>
      </w:r>
    </w:p>
    <w:p>
      <w:r>
        <w:t>Год выпуска: 2020</w:t>
      </w:r>
    </w:p>
    <w:p>
      <w:r>
        <w:t>Мощность двигателя: 200 л.с.</w:t>
      </w:r>
    </w:p>
    <w:p/>
    <w:p>
      <w:r>
        <w:rPr>
          <w:b/>
        </w:rPr>
        <w:t>2. Сведения об угоне</w:t>
      </w:r>
    </w:p>
    <w:p>
      <w:r>
        <w:t>Дата угона: 03.03.2024</w:t>
      </w:r>
    </w:p>
    <w:p>
      <w:r>
        <w:t>Дата начала розыска: 03.03.2024</w:t>
      </w:r>
    </w:p>
    <w:p>
      <w:r>
        <w:t>Дата прекращения розыска: розыск продолжается</w:t>
      </w:r>
    </w:p>
    <w:p>
      <w:r>
        <w:t>Статус: ТС находится в розыске</w:t>
      </w:r>
    </w:p>
    <w:p/>
    <w:p>
      <w:r>
        <w:rPr>
          <w:b/>
        </w:rPr>
        <w:t>3. Подтверждающий документ</w:t>
      </w:r>
    </w:p>
    <w:p>
      <w:r>
        <w:t>Наименование: справка о возбуждении уголовного дела</w:t>
      </w:r>
    </w:p>
    <w:p>
      <w:r>
        <w:t>Номер дела: 12345/2024</w:t>
      </w:r>
    </w:p>
    <w:p>
      <w:r>
        <w:t>Дата выдачи: 05.03.2024</w:t>
      </w:r>
    </w:p>
    <w:p>
      <w:r>
        <w:t>Выдавший орган: ОМВД России по Гагаринскому району г. Москвы</w:t>
      </w:r>
    </w:p>
    <w:p/>
    <w:p>
      <w:r>
        <w:rPr>
          <w:b/>
        </w:rPr>
        <w:t>4. Расчёт экономии</w:t>
      </w:r>
    </w:p>
    <w:p>
      <w:r>
        <w:t>Транспортный налог за полный 2024 год: 200 л.с. × 50 руб. = 10 000 руб.</w:t>
      </w:r>
    </w:p>
    <w:p>
      <w:r>
        <w:t>Налог с учётом розыска (январь–февраль, 2/12): 10 000 × 2/12 = 1 667 руб.</w:t>
      </w:r>
    </w:p>
    <w:p>
      <w:r>
        <w:t>Экономия за 2024: 10 000 − 1 667 = 8 333 руб.</w:t>
      </w:r>
    </w:p>
    <w:p/>
    <w:p>
      <w:r>
        <w:rPr>
          <w:b/>
        </w:rPr>
        <w:t>5. Просьба</w:t>
      </w:r>
    </w:p>
    <w:p>
      <w:r>
        <w:t>Прошу:</w:t>
      </w:r>
    </w:p>
    <w:p>
      <w:r>
        <w:t>1) прекратить исчисление транспортного налога в отношении ТС Toyota Camry (К 456 МН 77) с марта 2024 г. (месяц начала розыска);</w:t>
      </w:r>
    </w:p>
    <w:p>
      <w:r>
        <w:t>2) произвести перерасчёт налога за 2024 год.</w:t>
      </w:r>
    </w:p>
    <w:p/>
    <w:p>
      <w:r>
        <w:t>Способ получения результата: через личный кабинет.</w:t>
      </w:r>
    </w:p>
    <w:p/>
    <w:p>
      <w:r>
        <w:t>Приложение: справка ОМВД о возбуждении уголовного дела № 12345/2024 от 05.03.2024 (копия).</w:t>
      </w:r>
    </w:p>
    <w:p/>
    <w:p>
      <w:r>
        <w:t>Дата: «15» апреля 2024 г.</w:t>
      </w:r>
    </w:p>
    <w:p>
      <w:r>
        <w:t>Подпись: _______________  /  Сидорова А.К.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