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ИФНС России № 15</w:t>
      </w:r>
    </w:p>
    <w:p>
      <w:pPr>
        <w:spacing w:after="0"/>
        <w:jc w:val="right"/>
      </w:pPr>
      <w:r>
        <w:t>по г. Москве</w:t>
      </w:r>
    </w:p>
    <w:p>
      <w:pPr>
        <w:spacing w:after="0"/>
        <w:jc w:val="right"/>
      </w:pPr>
    </w:p>
    <w:p>
      <w:pPr>
        <w:spacing w:after="0"/>
        <w:jc w:val="right"/>
      </w:pPr>
      <w:r>
        <w:t>от Фёдорова Михаила Андреевича</w:t>
      </w:r>
    </w:p>
    <w:p>
      <w:pPr>
        <w:spacing w:after="0"/>
        <w:jc w:val="right"/>
      </w:pPr>
      <w:r>
        <w:t>ИНН: 771567890123</w:t>
      </w:r>
    </w:p>
    <w:p>
      <w:pPr>
        <w:spacing w:after="0"/>
        <w:jc w:val="right"/>
      </w:pPr>
      <w:r>
        <w:t>Дата рождения: 07.09.1972</w:t>
      </w:r>
    </w:p>
    <w:p>
      <w:pPr>
        <w:spacing w:after="0"/>
        <w:jc w:val="right"/>
      </w:pPr>
      <w:r>
        <w:t>г. Москва, ул. Арбат, д. 30, кв. 5</w:t>
      </w:r>
    </w:p>
    <w:p>
      <w:pPr>
        <w:spacing w:after="0"/>
        <w:jc w:val="right"/>
      </w:pPr>
      <w:r>
        <w:t>Телефон: +7 (915) 555-12-34</w:t>
      </w:r>
    </w:p>
    <w:p/>
    <w:p>
      <w:pPr>
        <w:jc w:val="center"/>
      </w:pPr>
      <w:r>
        <w:rPr>
          <w:b/>
          <w:sz w:val="28"/>
        </w:rPr>
        <w:t>ЗАЯВЛЕНИЕ</w:t>
      </w:r>
    </w:p>
    <w:p>
      <w:pPr>
        <w:jc w:val="center"/>
      </w:pPr>
      <w:r>
        <w:t>о выдаче налогового уведомления</w:t>
      </w:r>
    </w:p>
    <w:p>
      <w:r>
        <w:t>(по форме КНД 1150084)</w:t>
      </w:r>
    </w:p>
    <w:p/>
    <w:p>
      <w:r>
        <w:t>На основании ст. 52 НК РФ прошу выдать налоговое уведомление на уплату имущественных налогов за 2024 год.</w:t>
      </w:r>
    </w:p>
    <w:p/>
    <w:p>
      <w:r>
        <w:rPr>
          <w:b/>
        </w:rPr>
        <w:t>1. Налоговый период</w:t>
      </w:r>
    </w:p>
    <w:p>
      <w:r>
        <w:t>Год: 2024</w:t>
      </w:r>
    </w:p>
    <w:p/>
    <w:p>
      <w:r>
        <w:rPr>
          <w:b/>
        </w:rPr>
        <w:t>2. Причина обращения</w:t>
      </w:r>
    </w:p>
    <w:p>
      <w:r>
        <w:t>Налоговое уведомление за 2024 год не получено. В личном кабинете налогоплательщика не зарегистрирован. По почте уведомление не поступало (проверено, срок уплаты 01.12.2025 приближается).</w:t>
      </w:r>
    </w:p>
    <w:p/>
    <w:p>
      <w:r>
        <w:rPr>
          <w:b/>
        </w:rPr>
        <w:t>3. Объекты налогообложения</w:t>
      </w:r>
    </w:p>
    <w:p>
      <w:r>
        <w:t>• Квартира — г. Москва, ул. Арбат, д. 30, кв. 5 (кадастровый номер 77:01:0001000:1234)</w:t>
      </w:r>
    </w:p>
    <w:p>
      <w:r>
        <w:t>• Автомобиль — Kia Sportage 2021, 150 л.с. (гос. номер А 123 ВС 77)</w:t>
      </w:r>
    </w:p>
    <w:p/>
    <w:p>
      <w:r>
        <w:rPr>
          <w:b/>
        </w:rPr>
        <w:t>4. Способ получения</w:t>
      </w:r>
    </w:p>
    <w:p>
      <w:r>
        <w:t>Прошу выдать уведомление лично в налоговом органе.</w:t>
      </w:r>
    </w:p>
    <w:p/>
    <w:p>
      <w:r>
        <w:t>Дата: «10» октября 2025 г.</w:t>
      </w:r>
    </w:p>
    <w:p>
      <w:r>
        <w:t>Подпись: _______________  /  Фёдоров М.А.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