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ИФНС России № 1 по г. Москве</w:t>
      </w:r>
    </w:p>
    <w:p>
      <w:pPr>
        <w:jc w:val="right"/>
      </w:pPr>
      <w:r>
        <w:t>115191, г. Москва, ул. Б. Тульская, д. 15</w:t>
      </w:r>
    </w:p>
    <w:p>
      <w:pPr>
        <w:jc w:val="right"/>
      </w:pPr>
      <w:r>
        <w:t>От: Петрова Игоря Сергеевича</w:t>
      </w:r>
    </w:p>
    <w:p>
      <w:pPr>
        <w:jc w:val="right"/>
      </w:pPr>
      <w:r>
        <w:t>ИНН: 770102030405</w:t>
      </w:r>
    </w:p>
    <w:p>
      <w:pPr>
        <w:jc w:val="right"/>
      </w:pPr>
      <w:r>
        <w:t>Адрес для связи: 125009, г. Москва, ул. Тверская, д. 1, кв. 10</w:t>
      </w:r>
    </w:p>
    <w:p>
      <w:pPr>
        <w:jc w:val="right"/>
      </w:pPr>
      <w:r>
        <w:t>Тел.: +7 (900) 111-22-33</w:t>
      </w:r>
    </w:p>
    <w:p>
      <w:pPr>
        <w:jc w:val="center"/>
      </w:pPr>
      <w:r>
        <w:rPr>
          <w:b/>
        </w:rPr>
        <w:t>ХОДАТАЙСТВО</w:t>
      </w:r>
    </w:p>
    <w:p>
      <w:r>
        <w:t>о проведении дополнительных мероприятий налогового контроля</w:t>
      </w:r>
    </w:p>
    <w:p/>
    <w:p>
      <w:r>
        <w:t>Налоговым органом проведена камеральная налоговая проверка декларации 3-НДФЛ за 2024 год, по результатам которой составлен Акт № 1234 от 15.05.2026 г. В Акте сделан вывод об отказе в предоставлении имущественного вычета в связи с отсутствием подтверждения оплаты стоимости жилого дома наличными средствами.</w:t>
      </w:r>
    </w:p>
    <w:p/>
    <w:p>
      <w:r>
        <w:t>Я не согласен с данным выводом, так как оплата подтверждается распиской продавца, подлинность которой налоговый орган ставит под сомнение, не вызывая продавца на допрос.</w:t>
      </w:r>
    </w:p>
    <w:p/>
    <w:p>
      <w:r>
        <w:t>Для обеспечения полноты и объективности рассмотрения материалов проверки, в соответствии с п. 6 ст. 101 НК РФ,</w:t>
      </w:r>
    </w:p>
    <w:p/>
    <w:p>
      <w:r>
        <w:rPr>
          <w:b/>
        </w:rPr>
        <w:t>ПРОШУ:</w:t>
      </w:r>
    </w:p>
    <w:p/>
    <w:p>
      <w:r>
        <w:t>Назначить проведение дополнительных мероприятий налогового контроля, а именно:</w:t>
      </w:r>
    </w:p>
    <w:p>
      <w:pPr>
        <w:pStyle w:val="ListNumber"/>
      </w:pPr>
      <w:r>
        <w:t>1. Провести допрос свидетеля (ст. 90 НК РФ): Сидорова Олега Николаевича (продавца), проживающего по адресу: г. Москва, ул. Ленина, д. 5, кв. 1.</w:t>
      </w:r>
    </w:p>
    <w:p>
      <w:r>
        <w:t>Обстоятельства: Сидоров О.Н. может подтвердить факт получения от меня денежных средств в размере 5 000 000 руб. и подписания им расписки от 10.02.2024.</w:t>
      </w:r>
    </w:p>
    <w:p>
      <w:pPr>
        <w:pStyle w:val="ListNumber"/>
      </w:pPr>
      <w:r>
        <w:t>2. Истребовать информацию у третьего лица (ст. 93.1 НК РФ): ПАО «Сбербанк».</w:t>
      </w:r>
    </w:p>
    <w:p>
      <w:r>
        <w:t>Документы: Договор аренды банковской ячейки № 55-Я от 09.02.2024 и лист посещений к нему.</w:t>
      </w:r>
    </w:p>
    <w:p>
      <w:r>
        <w:t>Существенность: Совместное посещение ячейки в день сделки подтверждает факт передачи денег.</w:t>
      </w:r>
    </w:p>
    <w:p/>
    <w:p>
      <w:r>
        <w:t>Прошу ознакомить меня с протоколом допроса и полученными ответами из банка в установленный законом срок.</w:t>
      </w:r>
    </w:p>
    <w:p/>
    <w:p>
      <w:r>
        <w:rPr>
          <w:b/>
        </w:rPr>
        <w:t>Приложения:</w:t>
      </w:r>
    </w:p>
    <w:p>
      <w:pPr>
        <w:pStyle w:val="ListNumber"/>
      </w:pPr>
      <w:r>
        <w:t>1. Копия договора аренды ячейки (предварительная).</w:t>
      </w:r>
    </w:p>
    <w:p>
      <w:pPr>
        <w:pStyle w:val="ListNumber"/>
      </w:pPr>
      <w:r>
        <w:t>2. Копия паспорта (для идентификации заявителя).</w:t>
      </w:r>
    </w:p>
    <w:p/>
    <w:p>
      <w:r>
        <w:t>15.06.2026 г.        ____________ / Петров И.С.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