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Инспекцию ФНС России № [номер] по [наименование города/района]</w:t>
      </w:r>
    </w:p>
    <w:p>
      <w:pPr>
        <w:jc w:val="right"/>
      </w:pPr>
      <w:r>
        <w:t>[Адрес ИФНС - необязательно при подаче через ЛКН]</w:t>
      </w:r>
    </w:p>
    <w:p>
      <w:pPr>
        <w:jc w:val="right"/>
      </w:pPr>
      <w:r>
        <w:t>От: [ФИО полностью]</w:t>
      </w:r>
    </w:p>
    <w:p>
      <w:pPr>
        <w:jc w:val="right"/>
      </w:pPr>
      <w:r>
        <w:t>ИНН: [12 цифр]</w:t>
      </w:r>
    </w:p>
    <w:p>
      <w:pPr>
        <w:jc w:val="right"/>
      </w:pPr>
      <w:r>
        <w:t>Адрес регистрации: [по паспорту]</w:t>
      </w:r>
    </w:p>
    <w:p>
      <w:pPr>
        <w:jc w:val="right"/>
      </w:pPr>
      <w:r>
        <w:t>Контактный телефон: [номер]</w:t>
      </w:r>
    </w:p>
    <w:p>
      <w:pPr>
        <w:jc w:val="right"/>
      </w:pPr>
      <w:r>
        <w:t>ЗАЯВЛЕНИЕ (Форма КНД 1150136)</w:t>
      </w:r>
    </w:p>
    <w:p>
      <w:pPr>
        <w:jc w:val="right"/>
      </w:pPr>
      <w:r>
        <w:t>о прекращении исчисления транспортного налога в связи с розыском транспортного средства</w:t>
      </w:r>
    </w:p>
    <w:p>
      <w:pPr>
        <w:jc w:val="right"/>
      </w:pPr>
      <w:r>
        <w:t>(подготовлено на основании приказа ФНС от 11.08.2023 № СД-7-21/534@)</w:t>
      </w:r>
    </w:p>
    <w:p>
      <w:pPr>
        <w:jc w:val="right"/>
      </w:pPr>
      <w:r>
        <w:t>1. Сведения о транспортном средстве:</w:t>
      </w:r>
    </w:p>
    <w:p>
      <w:pPr>
        <w:jc w:val="right"/>
      </w:pPr>
      <w:r>
        <w:t>- Вид ТС: [например, легковой автомобиль]</w:t>
      </w:r>
    </w:p>
    <w:p>
      <w:pPr>
        <w:jc w:val="right"/>
      </w:pPr>
      <w:r>
        <w:t>- Марка (модель): [как в СТС/ПТС]</w:t>
      </w:r>
    </w:p>
    <w:p>
      <w:pPr>
        <w:jc w:val="right"/>
      </w:pPr>
      <w:r>
        <w:t>- Государственный регистрационный знак: [А 000 АА 00]</w:t>
      </w:r>
    </w:p>
    <w:p>
      <w:pPr>
        <w:jc w:val="right"/>
      </w:pPr>
      <w:r>
        <w:t>- Идентификационный номер (VIN): [17 знаков]</w:t>
      </w:r>
    </w:p>
    <w:p>
      <w:pPr>
        <w:jc w:val="right"/>
      </w:pPr>
      <w:r>
        <w:t>2. Сведения о периоде прекращения налогообложения:</w:t>
      </w:r>
    </w:p>
    <w:p>
      <w:pPr>
        <w:jc w:val="right"/>
      </w:pPr>
      <w:r>
        <w:t>В соответствии с п. 3.4 ст. 362 НК РФ прошу прекратить исчисление транспортного налога в отношении вышеуказанного ТС с «01» [месяц угона] 20[__] г. в связи с его угоном (хищением) и нахождением в розыске.</w:t>
      </w:r>
    </w:p>
    <w:p>
      <w:pPr>
        <w:jc w:val="right"/>
      </w:pPr>
      <w:r>
        <w:t>3. Сведения о подтверждающем документе:</w:t>
      </w:r>
    </w:p>
    <w:p>
      <w:pPr>
        <w:jc w:val="right"/>
      </w:pPr>
      <w:r>
        <w:t>- Наименование: [Справка МВД о розыске / Постановление о возбуждении уголовного дела]</w:t>
      </w:r>
    </w:p>
    <w:p>
      <w:pPr>
        <w:jc w:val="right"/>
      </w:pPr>
      <w:r>
        <w:t>- Дата выдачи: [дд.мм.гггг]</w:t>
      </w:r>
    </w:p>
    <w:p>
      <w:pPr>
        <w:jc w:val="right"/>
      </w:pPr>
      <w:r>
        <w:t>- Номер документа: [например, № 123/45]</w:t>
      </w:r>
    </w:p>
    <w:p>
      <w:pPr>
        <w:jc w:val="right"/>
      </w:pPr>
      <w:r>
        <w:t>- Орган, выдавший документ: [наименование отдела полиции]</w:t>
      </w:r>
    </w:p>
    <w:p>
      <w:pPr>
        <w:jc w:val="right"/>
      </w:pPr>
      <w:r>
        <w:t>*Примечание: В соответствии с п. 3.5 ст. 362 НК РФ, налоговый орган обязан самостоятельно запросить сведения в органах МВД, если указанный документ не представлен налогоплательщиком.*</w:t>
      </w:r>
    </w:p>
    <w:p>
      <w:pPr>
        <w:jc w:val="right"/>
      </w:pPr>
      <w:r>
        <w:t>4. Способ информирования о результате:</w:t>
      </w:r>
    </w:p>
    <w:p>
      <w:pPr>
        <w:jc w:val="right"/>
      </w:pPr>
      <w:r>
        <w:t>[ ] В Личный кабинет налогоплательщика</w:t>
      </w:r>
    </w:p>
    <w:p>
      <w:pPr>
        <w:jc w:val="right"/>
      </w:pPr>
      <w:r>
        <w:t>[ ] По почте по адресу регистрации</w:t>
      </w:r>
    </w:p>
    <w:p>
      <w:pPr>
        <w:jc w:val="right"/>
      </w:pPr>
      <w:r>
        <w:t>Приложение:</w:t>
      </w:r>
    </w:p>
    <w:p>
      <w:pPr>
        <w:jc w:val="right"/>
      </w:pPr>
      <w:r>
        <w:t>1. Копия справки МВД (рекомендуется).</w:t>
      </w:r>
    </w:p>
    <w:p>
      <w:pPr>
        <w:jc w:val="right"/>
      </w:pPr>
      <w:r>
        <w:t>Дата: «___» ___________ 202_ г.</w:t>
      </w:r>
    </w:p>
    <w:p>
      <w:pPr>
        <w:jc w:val="right"/>
      </w:pPr>
      <w:r>
        <w:t>Подпись: ___________ / [Расшифровка 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