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[Наименование/код налогового органа]</w:t>
      </w:r>
    </w:p>
    <w:p>
      <w:pPr>
        <w:jc w:val="right"/>
      </w:pPr>
      <w:r>
        <w:t>от [ФИО полностью]</w:t>
      </w:r>
    </w:p>
    <w:p>
      <w:pPr>
        <w:jc w:val="right"/>
      </w:pPr>
      <w:r>
        <w:t>ИНН: [____________________________]</w:t>
      </w:r>
    </w:p>
    <w:p>
      <w:pPr>
        <w:jc w:val="right"/>
      </w:pPr>
      <w:r>
        <w:t>Дата рождения: [__].[__].[____]</w:t>
      </w:r>
    </w:p>
    <w:p>
      <w:pPr>
        <w:jc w:val="right"/>
      </w:pPr>
      <w:r>
        <w:t>Место рождения: [__________________________]</w:t>
      </w:r>
    </w:p>
    <w:p>
      <w:pPr>
        <w:jc w:val="right"/>
      </w:pPr>
      <w:r>
        <w:t>Документ, удостоверяющий личность: [Вид: паспорт], [Серия/номер], [Кем выдан], [Дата выдачи]</w:t>
      </w:r>
    </w:p>
    <w:p>
      <w:pPr>
        <w:jc w:val="right"/>
      </w:pPr>
      <w:r>
        <w:t>Телефон: [____________________________]</w:t>
      </w:r>
    </w:p>
    <w:p>
      <w:pPr>
        <w:jc w:val="center"/>
      </w:pPr>
      <w:r>
        <w:rPr>
          <w:b/>
        </w:rPr>
        <w:t>ЗАЯВЛЕНИЕ</w:t>
      </w:r>
    </w:p>
    <w:p>
      <w:r>
        <w:t>о выдаче налогового уведомления</w:t>
      </w:r>
    </w:p>
    <w:p>
      <w:pPr>
        <w:jc w:val="center"/>
      </w:pPr>
      <w:r>
        <w:rPr>
          <w:i/>
        </w:rPr>
        <w:t>(Форма по КНД 1150084, утв. Приказом ФНС от 20.10.2022 № ЕД-7-21/947@)</w:t>
      </w:r>
    </w:p>
    <w:p/>
    <w:p>
      <w:r>
        <w:t>В соответствии с пунктом 4 статьи 52 Налогового кодекса Российской Федерации прошу выдать налоговое уведомление:</w:t>
      </w:r>
    </w:p>
    <w:p/>
    <w:p>
      <w:pPr>
        <w:pStyle w:val="ListNumber"/>
      </w:pPr>
      <w:r>
        <w:t>1. Налоговый период (год), за который запрашивается налоговое уведомление:</w:t>
      </w:r>
    </w:p>
    <w:p>
      <w:r>
        <w:rPr>
          <w:i/>
        </w:rPr>
        <w:t>[ 2 0 2 5 ]</w:t>
      </w:r>
    </w:p>
    <w:p/>
    <w:p>
      <w:pPr>
        <w:pStyle w:val="ListNumber"/>
      </w:pPr>
      <w:r>
        <w:t>2. Способ получения налогового уведомления (отметьте нужное):</w:t>
      </w:r>
    </w:p>
    <w:p>
      <w:r>
        <w:t>[X] (код 1) — непосредственно в налоговом органе, в который представлено настоящее заявление</w:t>
      </w:r>
    </w:p>
    <w:p/>
    <w:p/>
    <w:p>
      <w:pPr>
        <w:pStyle w:val="ListNumber"/>
      </w:pPr>
      <w:r>
        <w:t>3. Адрес для направления уведомления (заполняется для способа 2):</w:t>
      </w:r>
    </w:p>
    <w:p>
      <w:r>
        <w:rPr>
          <w:i/>
        </w:rPr>
        <w:t>[Индекс, субъект РФ, город, улица, дом, квартира]</w:t>
      </w:r>
    </w:p>
    <w:p/>
    <w:p>
      <w:r>
        <w:t>Настоящим подтверждаю, что в случае наличия доступа к личному кабинету налогоплательщика, я осведомлен о праве получения уведомления в электронной форме. Заявление подано в целях получения бумажного экземпляра на основании ст. 21, 52 НК РФ.</w:t>
      </w:r>
    </w:p>
    <w:p/>
    <w:p>
      <w:r>
        <w:rPr>
          <w:b/>
        </w:rPr>
        <w:t>Приложение (для представителя):</w:t>
      </w:r>
    </w:p>
    <w:p>
      <w:r>
        <w:rPr>
          <w:i/>
        </w:rPr>
        <w:t>[Копия доверенности №___ от _________]</w:t>
      </w:r>
    </w:p>
    <w:p/>
    <w:p>
      <w:r>
        <w:t>Дата: «___» ____________ 2026 г.</w:t>
      </w:r>
    </w:p>
    <w:p/>
    <w:p>
      <w:r>
        <w:t>Подпись: _______________ /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