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налогового органа / Код]</w:t>
      </w:r>
    </w:p>
    <w:p>
      <w:pPr>
        <w:jc w:val="right"/>
      </w:pPr>
      <w:r>
        <w:t>от [ФИО заявителя полностью]</w:t>
      </w:r>
    </w:p>
    <w:p>
      <w:pPr>
        <w:jc w:val="right"/>
      </w:pPr>
      <w:r>
        <w:t>ИНН: [____________________________]</w:t>
      </w:r>
    </w:p>
    <w:p>
      <w:pPr>
        <w:jc w:val="right"/>
      </w:pPr>
      <w:r>
        <w:t>Паспорт: [серия, номер] выдан [кем, когда]</w:t>
      </w:r>
    </w:p>
    <w:p>
      <w:pPr>
        <w:jc w:val="right"/>
      </w:pPr>
      <w:r>
        <w:t>Адрес регистрации: [________________]</w:t>
      </w:r>
    </w:p>
    <w:p>
      <w:pPr>
        <w:jc w:val="right"/>
      </w:pPr>
      <w:r>
        <w:t>Телефон: [__________________________]</w:t>
      </w:r>
    </w:p>
    <w:p>
      <w:pPr>
        <w:jc w:val="center"/>
      </w:pPr>
      <w:r>
        <w:rPr>
          <w:b/>
        </w:rPr>
        <w:t>**ЗАЯВЛЕНИЕ</w:t>
      </w:r>
    </w:p>
    <w:p>
      <w:r>
        <w:t>о проведении совместной сверки расчётов (ЕНС)**</w:t>
      </w:r>
    </w:p>
    <w:p>
      <w:pPr>
        <w:jc w:val="center"/>
      </w:pPr>
      <w:r>
        <w:rPr>
          <w:i/>
        </w:rPr>
        <w:t>(с учетом рекомендованной формы КНД 1165180)</w:t>
      </w:r>
    </w:p>
    <w:p/>
    <w:p>
      <w:r>
        <w:t>На основании пп. 5.1 п. 1 ст. 21 и пп. 11 п. 1 ст. 32 Налогового кодекса РФ прошу провести совместную сверку расчётов по налогам, сборам, страховым взносам, пеням, штрафам, процентам за период:</w:t>
      </w:r>
    </w:p>
    <w:p>
      <w:r>
        <w:t>с «___» __________ 20___ г. по «___» __________ 20___ г.</w:t>
      </w:r>
    </w:p>
    <w:p/>
    <w:p>
      <w:pPr>
        <w:pStyle w:val="ListNumber"/>
      </w:pPr>
      <w:r>
        <w:t>1. **Объём сверки:**</w:t>
      </w:r>
    </w:p>
    <w:p>
      <w:r>
        <w:t>[X] По всем КБК (полная сверка по всем обязательствам)</w:t>
      </w:r>
    </w:p>
    <w:p/>
    <w:p/>
    <w:p>
      <w:pPr>
        <w:pStyle w:val="ListNumber"/>
      </w:pPr>
      <w:r>
        <w:t>2. **Состояние расчётов запрашивается по состоянию на:**</w:t>
      </w:r>
    </w:p>
    <w:p>
      <w:r>
        <w:t>«___» __________ 20___ г. (если не указано — на дату регистрации заявления)</w:t>
      </w:r>
    </w:p>
    <w:p/>
    <w:p>
      <w:pPr>
        <w:pStyle w:val="ListNumber"/>
      </w:pPr>
      <w:r>
        <w:t>3. **Способ получения акта сверки (КНД 1160070):**</w:t>
      </w:r>
    </w:p>
    <w:p>
      <w:r>
        <w:t>[X] В электронной форме через личный кабинет налогоплательщика</w:t>
      </w:r>
    </w:p>
    <w:p/>
    <w:p/>
    <w:p>
      <w:r>
        <w:t>Настоящим подтверждаю, что акт сверки необходим для проверки корректности сальдо Единого налогового счета и зачисления произведенных платежей.</w:t>
      </w:r>
    </w:p>
    <w:p/>
    <w:p>
      <w:r>
        <w:rPr>
          <w:b/>
        </w:rPr>
        <w:t>Приложение (при наличии):</w:t>
      </w:r>
    </w:p>
    <w:p>
      <w:pPr>
        <w:pStyle w:val="ListNumber"/>
      </w:pPr>
      <w:r>
        <w:t>1. Копии документов об оплате (квитанции, выписки) на ___ л.</w:t>
      </w:r>
    </w:p>
    <w:p/>
    <w:p>
      <w:r>
        <w:t>Дата: «___» ____________ 20___ г.</w:t>
      </w:r>
    </w:p>
    <w:p/>
    <w:p>
      <w:r>
        <w:t>Подпись: _______________ / [Расшифровка ФИО] /</w:t>
      </w:r>
    </w:p>
    <w:p/>
    <w:p>
      <w:r>
        <w:t>---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