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Управление ФНС России по [наименование субъекта РФ]</w:t>
      </w:r>
    </w:p>
    <w:p>
      <w:pPr>
        <w:jc w:val="right"/>
      </w:pPr>
      <w:r>
        <w:t>(через ИФНС России № [номер] по [город/район])</w:t>
      </w:r>
    </w:p>
    <w:p>
      <w:pPr>
        <w:jc w:val="right"/>
      </w:pPr>
      <w:r>
        <w:t>От: [ФИО заявителя полностью]</w:t>
      </w:r>
    </w:p>
    <w:p>
      <w:pPr>
        <w:jc w:val="right"/>
      </w:pPr>
      <w:r>
        <w:t>ИНН: [ИНН]</w:t>
      </w:r>
    </w:p>
    <w:p>
      <w:pPr>
        <w:jc w:val="right"/>
      </w:pPr>
      <w:r>
        <w:t>Паспорт: [серия, номер, кем выдан]</w:t>
      </w:r>
    </w:p>
    <w:p>
      <w:pPr>
        <w:jc w:val="right"/>
      </w:pPr>
      <w:r>
        <w:t>Адрес регистрации: [адрес]</w:t>
      </w:r>
    </w:p>
    <w:p>
      <w:pPr>
        <w:jc w:val="right"/>
      </w:pPr>
      <w:r>
        <w:t>Телефон: [номер]</w:t>
      </w:r>
    </w:p>
    <w:p>
      <w:pPr>
        <w:jc w:val="right"/>
      </w:pPr>
      <w:r>
        <w:t>E-mail: [адрес]</w:t>
      </w:r>
    </w:p>
    <w:p>
      <w:pPr>
        <w:jc w:val="center"/>
      </w:pPr>
      <w:r>
        <w:rPr>
          <w:b/>
        </w:rPr>
        <w:t>ЗАЯВЛЕНИЕ</w:t>
      </w:r>
    </w:p>
    <w:p>
      <w:r>
        <w:t>о предоставлении рассрочки по уплате налогов, сборов, страховых взносов, пеней, штрафов, процентов</w:t>
      </w:r>
    </w:p>
    <w:p/>
    <w:p>
      <w:r>
        <w:t>На основании статьи 64 Налогового кодекса Российской Федерации прошу предоставить рассрочку по уплате задолженности, числящейся на моем едином налоговом счете (ЕНС), в общей сумме [сумма цифрами и прописью] руб.</w:t>
      </w:r>
    </w:p>
    <w:p/>
    <w:p>
      <w:pPr>
        <w:pStyle w:val="ListNumber"/>
      </w:pPr>
      <w:r>
        <w:t>1. Сведения о задолженности:</w:t>
      </w:r>
    </w:p>
    <w:p>
      <w:pPr>
        <w:pStyle w:val="ListBullet"/>
      </w:pPr>
      <w:r>
        <w:t>Вид налога/взноса: [название] за [период] — [сумма] руб.</w:t>
      </w:r>
    </w:p>
    <w:p>
      <w:pPr>
        <w:pStyle w:val="ListBullet"/>
      </w:pPr>
      <w:r>
        <w:t>Пени, начисленные на дату подачи заявления: [сумма] руб.</w:t>
      </w:r>
    </w:p>
    <w:p/>
    <w:p>
      <w:pPr>
        <w:pStyle w:val="ListNumber"/>
      </w:pPr>
      <w:r>
        <w:t>2. Основание для рассрочки:</w:t>
      </w:r>
    </w:p>
    <w:p>
      <w:r>
        <w:t>Рассрочка запрашивается на основании подпункта 4 пункта 2 статьи 64 НК РФ — имущественное положение физического лица исключает возможность единовременной уплаты налога (с учетом невозможности обращения взыскания на единственное жилье и прожиточный минимум).</w:t>
      </w:r>
    </w:p>
    <w:p>
      <w:r>
        <w:t>Обстоятельства: [кратко описать: доход, расходы на иждивенцев, отсутствие иного имущества].</w:t>
      </w:r>
    </w:p>
    <w:p/>
    <w:p>
      <w:pPr>
        <w:pStyle w:val="ListNumber"/>
      </w:pPr>
      <w:r>
        <w:t>3. Срок и график:</w:t>
      </w:r>
    </w:p>
    <w:p>
      <w:r>
        <w:t>Прошу предоставить рассрочку сроком на [кол-во] месяцев с [дата начала] по [дата окончания].</w:t>
      </w:r>
    </w:p>
    <w:p>
      <w:r>
        <w:t>График погашения (основной долг + проценты в размере 1/2 ключевой ставки ЦБ РФ):</w:t>
      </w:r>
    </w:p>
    <w:p>
      <w:pPr>
        <w:pStyle w:val="ListBullet"/>
      </w:pPr>
      <w:r>
        <w:t>[Дата платежа 1]: [Сумма долга] + [Сумма %] = [Итого]</w:t>
      </w:r>
    </w:p>
    <w:p>
      <w:pPr>
        <w:pStyle w:val="ListBullet"/>
      </w:pPr>
      <w:r>
        <w:t xml:space="preserve"> [далее по количеству месяцев]</w:t>
      </w:r>
    </w:p>
    <w:p/>
    <w:p>
      <w:pPr>
        <w:pStyle w:val="ListNumber"/>
      </w:pPr>
      <w:r>
        <w:t>4. Обеспечение исполнения обязательств:</w:t>
      </w:r>
    </w:p>
    <w:p>
      <w:r>
        <w:t>В целях соблюдения требований п. 5.1 ст. 64 НК РФ, к заявлению прилагается:</w:t>
      </w:r>
    </w:p>
    <w:p>
      <w:r>
        <w:rPr>
          <w:i/>
        </w:rPr>
        <w:t>[Вариант А: Договор поручительства от ФИО, ИНН поручителя]</w:t>
      </w:r>
    </w:p>
    <w:p>
      <w:r>
        <w:rPr>
          <w:i/>
        </w:rPr>
        <w:t>[Вариант Б: Договор залога имущества (указать объект, например, автомобиль)]</w:t>
      </w:r>
    </w:p>
    <w:p>
      <w:r>
        <w:rPr>
          <w:i/>
        </w:rPr>
        <w:t>[Вариант В: Банковская гарантия № от даты]</w:t>
      </w:r>
    </w:p>
    <w:p/>
    <w:p>
      <w:pPr>
        <w:pStyle w:val="ListNumber"/>
      </w:pPr>
      <w:r>
        <w:t>5. Обязательство:</w:t>
      </w:r>
    </w:p>
    <w:p>
      <w:r>
        <w:t>Настоящим подтверждаю, что в течение периода действия рассрочки обязуюсь уплачивать начисленные на сумму задолженности проценты и соблюдать установленный график платежей.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Справка о доходах и расходах (по форме Приложения 3 к Приказу № ЕД-7-8/1134@).</w:t>
      </w:r>
    </w:p>
    <w:p>
      <w:pPr>
        <w:pStyle w:val="ListNumber"/>
      </w:pPr>
      <w:r>
        <w:t>2. Сведения о движимом и недвижимом имуществе.</w:t>
      </w:r>
    </w:p>
    <w:p>
      <w:pPr>
        <w:pStyle w:val="ListNumber"/>
      </w:pPr>
      <w:r>
        <w:t>3. Справки из банков об остатках на счетах и оборотах (за 6 месяцев).</w:t>
      </w:r>
    </w:p>
    <w:p>
      <w:pPr>
        <w:pStyle w:val="ListNumber"/>
      </w:pPr>
      <w:r>
        <w:t>4. Документы, подтверждающие право на обеспечение (договор залога/поручительства).</w:t>
      </w:r>
    </w:p>
    <w:p>
      <w:pPr>
        <w:pStyle w:val="ListNumber"/>
      </w:pPr>
      <w:r>
        <w:t>5. Копия паспорта.</w:t>
      </w:r>
    </w:p>
    <w:p/>
    <w:p>
      <w:r>
        <w:t>«___» __________ 202__ г.        ____________ / [Расшифровка 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