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[Указать адресата из списка ниже]</w:t>
      </w:r>
    </w:p>
    <w:p>
      <w:pPr>
        <w:jc w:val="right"/>
      </w:pPr>
      <w:r>
        <w:t>__________________________________________</w:t>
      </w:r>
    </w:p>
    <w:p>
      <w:pPr>
        <w:jc w:val="right"/>
      </w:pPr>
      <w:r>
        <w:t>[Например: Министерство финансов РФ,</w:t>
      </w:r>
    </w:p>
    <w:p>
      <w:pPr>
        <w:jc w:val="right"/>
      </w:pPr>
      <w:r>
        <w:t>Департамент налоговой политики</w:t>
      </w:r>
    </w:p>
    <w:p>
      <w:pPr>
        <w:jc w:val="right"/>
      </w:pPr>
      <w:r>
        <w:t>109097, г. Москва, ул. Ильинка, д. 9]</w:t>
      </w:r>
    </w:p>
    <w:p>
      <w:pPr>
        <w:jc w:val="right"/>
      </w:pPr>
      <w:r>
        <w:t>От: [ФИО полностью]</w:t>
      </w:r>
    </w:p>
    <w:p>
      <w:pPr>
        <w:jc w:val="right"/>
      </w:pPr>
      <w:r>
        <w:t>ИНН: [12 цифр]</w:t>
      </w:r>
    </w:p>
    <w:p>
      <w:pPr>
        <w:jc w:val="right"/>
      </w:pPr>
      <w:r>
        <w:t>Адрес для ответа: [индекс, адрес, email]</w:t>
      </w:r>
    </w:p>
    <w:p>
      <w:pPr>
        <w:jc w:val="right"/>
      </w:pPr>
      <w:r>
        <w:t>Телефон: [номер]</w:t>
      </w:r>
    </w:p>
    <w:p>
      <w:pPr>
        <w:jc w:val="center"/>
      </w:pPr>
      <w:r>
        <w:rPr>
          <w:b/>
        </w:rPr>
        <w:t>ЗАПРОС</w:t>
      </w:r>
    </w:p>
    <w:p>
      <w:r>
        <w:t>о даче письменного разъяснения по вопросу применения</w:t>
      </w:r>
    </w:p>
    <w:p>
      <w:r>
        <w:t>законодательства о налогах и сборах</w:t>
      </w:r>
    </w:p>
    <w:p/>
    <w:p>
      <w:r>
        <w:t>На основании подпункта 2 пункта 1 статьи 21, статьи 34.2 [если в Минфин/Фин.орган] / подпункта 4 пункта 1 статьи 32 [если в ФНС] Налогового кодекса Российской Федерации, прошу дать разъяснения в связи со следующей ситуацией:</w:t>
      </w:r>
    </w:p>
    <w:p/>
    <w:p>
      <w:pPr>
        <w:pStyle w:val="ListNumber"/>
      </w:pPr>
      <w:r>
        <w:t>1. Описание фактических обстоятельств</w:t>
      </w:r>
    </w:p>
    <w:p>
      <w:r>
        <w:rPr>
          <w:i/>
        </w:rPr>
        <w:t>[Подробно опишите ситуацию: даты, объекты, суммы. Укажите, что сведения являются полными и достоверными.]</w:t>
      </w:r>
    </w:p>
    <w:p>
      <w:r>
        <w:t>Настоящим подтверждаю, что указанные обстоятельства носят фактический характер и представлены в полном объеме.</w:t>
      </w:r>
    </w:p>
    <w:p/>
    <w:p>
      <w:pPr>
        <w:pStyle w:val="ListNumber"/>
      </w:pPr>
      <w:r>
        <w:t>2. Правовая позиция заявителя</w:t>
      </w:r>
    </w:p>
    <w:p>
      <w:r>
        <w:t>По моему мнению, в данной ситуации подлежит применению норма [статья, пункт] НК РФ, так как [обоснование толкования].</w:t>
      </w:r>
    </w:p>
    <w:p>
      <w:r>
        <w:t>Данная позиция подтверждается [ссылки на судебную практику или ранее изданные письма, если известны].</w:t>
      </w:r>
    </w:p>
    <w:p/>
    <w:p>
      <w:pPr>
        <w:pStyle w:val="ListNumber"/>
      </w:pPr>
      <w:r>
        <w:t>3. Вопрос</w:t>
      </w:r>
    </w:p>
    <w:p>
      <w:r>
        <w:t>С учетом изложенного, прошу ответить на вопрос: [четкая формулировка вопроса, предполагающая ответ "да/нет" или выбор порядка действий].</w:t>
      </w:r>
    </w:p>
    <w:p/>
    <w:p>
      <w:pPr>
        <w:pStyle w:val="ListNumber"/>
      </w:pPr>
      <w:r>
        <w:t>4. Просьба</w:t>
      </w:r>
    </w:p>
    <w:p>
      <w:r>
        <w:t>Прошу направить письменный ответ в установленный законом срок [30 дней для ФНС / 2 месяца для Минфина] по адресу: [ваш адрес].</w:t>
      </w:r>
    </w:p>
    <w:p/>
    <w:p>
      <w:r>
        <w:t>Напоминаю, что согласно пп. 3 п. 1 ст. 111 и п. 8 ст. 75 НК РФ, выполнение налогоплательщиком письменных разъяснений, данных ему уполномоченным органом, является обстоятельством, исключающим вину в совершении налогового правонарушения, и основанием для неначисления пеней.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Копии документов, подтверждающих описанные факты (договоры, справки, выписки).</w:t>
      </w:r>
    </w:p>
    <w:p/>
    <w:p>
      <w:r>
        <w:t>Дата: «___» __________ 202_ г.</w:t>
      </w:r>
    </w:p>
    <w:p/>
    <w:p>
      <w:r>
        <w:t>Подпись: ________________ / [Фамилия И.О.] /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