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Управление Федеральной налоговой службы</w:t>
      </w:r>
    </w:p>
    <w:p>
      <w:pPr>
        <w:jc w:val="right"/>
      </w:pPr>
      <w:r>
        <w:t>по [субъект РФ, например: г. Москве]</w:t>
      </w:r>
    </w:p>
    <w:p>
      <w:pPr>
        <w:jc w:val="right"/>
      </w:pPr>
      <w:r>
        <w:t>Адрес: [адрес УФНС]</w:t>
      </w:r>
    </w:p>
    <w:p>
      <w:pPr>
        <w:jc w:val="right"/>
      </w:pPr>
      <w:r>
        <w:t>(через [наименование ИФНС, вынесшей решение])</w:t>
      </w:r>
    </w:p>
    <w:p>
      <w:pPr>
        <w:jc w:val="right"/>
      </w:pPr>
      <w:r>
        <w:t>От: [ФИО полностью]</w:t>
      </w:r>
    </w:p>
    <w:p>
      <w:pPr>
        <w:jc w:val="right"/>
      </w:pPr>
      <w:r>
        <w:t>ИНН: [номер]</w:t>
      </w:r>
    </w:p>
    <w:p>
      <w:pPr>
        <w:jc w:val="right"/>
      </w:pPr>
      <w:r>
        <w:t>Адрес для связи: [индекс, адрес]</w:t>
      </w:r>
    </w:p>
    <w:p>
      <w:pPr>
        <w:jc w:val="right"/>
      </w:pPr>
      <w:r>
        <w:t>Тел.: [номер]</w:t>
      </w:r>
    </w:p>
    <w:p>
      <w:pPr>
        <w:jc w:val="right"/>
      </w:pPr>
      <w:r>
        <w:t>E-mail: [адрес]</w:t>
      </w:r>
    </w:p>
    <w:p>
      <w:pPr>
        <w:jc w:val="center"/>
      </w:pPr>
      <w:r>
        <w:rPr>
          <w:b/>
        </w:rPr>
        <w:t>ЗАЯВЛЕНИЕ</w:t>
      </w:r>
    </w:p>
    <w:p>
      <w:r>
        <w:t>о приостановлении исполнения решения налогового органа</w:t>
      </w:r>
    </w:p>
    <w:p>
      <w:pPr>
        <w:jc w:val="center"/>
      </w:pPr>
      <w:r>
        <w:rPr>
          <w:i/>
        </w:rPr>
        <w:t>(в порядке п. 5 ст. 138 НК РФ)</w:t>
      </w:r>
    </w:p>
    <w:p/>
    <w:p>
      <w:r>
        <w:t>Мною, [ФИО], в соответствии со ст. 139 (139.1) НК РФ подана жалоба (апелляционная жалоба) от «__» ________ 20__ г. на решение [наименование ИФНС] № [номер] от «__» ________ 20__ г. о привлечении к ответственности за совершение налогового правонарушения (об отказе в привлечении к ответственности).</w:t>
      </w:r>
    </w:p>
    <w:p/>
    <w:p>
      <w:r>
        <w:t>Общая сумма денежных средств, подлежащая уплате в бюджет по указанному решению, составляет [сумма цифрами] ([сумма прописью]) руб., в том числе:</w:t>
      </w:r>
    </w:p>
    <w:p>
      <w:pPr>
        <w:pStyle w:val="ListBullet"/>
      </w:pPr>
      <w:r>
        <w:t>налог: [сумма] руб.;</w:t>
      </w:r>
    </w:p>
    <w:p>
      <w:pPr>
        <w:pStyle w:val="ListBullet"/>
      </w:pPr>
      <w:r>
        <w:t>пени: [сумма] руб.;</w:t>
      </w:r>
    </w:p>
    <w:p>
      <w:pPr>
        <w:pStyle w:val="ListBullet"/>
      </w:pPr>
      <w:r>
        <w:t>штраф: [сумма] руб.</w:t>
      </w:r>
    </w:p>
    <w:p/>
    <w:p>
      <w:r>
        <w:t>В целях реализации права, предусмотренного пунктом 5 статьи 138 НК РФ, мною представлена банковская гарантия:</w:t>
      </w:r>
    </w:p>
    <w:p>
      <w:pPr>
        <w:pStyle w:val="ListBullet"/>
      </w:pPr>
      <w:r>
        <w:t>Номер и дата: № [номер] от «__» ________ 20__ г.</w:t>
      </w:r>
    </w:p>
    <w:p>
      <w:pPr>
        <w:pStyle w:val="ListBullet"/>
      </w:pPr>
      <w:r>
        <w:t>Кем выдана: [полное наименование банка, ИНН]</w:t>
      </w:r>
    </w:p>
    <w:p>
      <w:pPr>
        <w:pStyle w:val="ListBullet"/>
      </w:pPr>
      <w:r>
        <w:t>Сумма гарантии: [сумма не менее суммы решения] руб.</w:t>
      </w:r>
    </w:p>
    <w:p>
      <w:pPr>
        <w:pStyle w:val="ListBullet"/>
      </w:pPr>
      <w:r>
        <w:t>Срок действия: до «__» ________ 20__ г. (не менее 6 месяцев со дня подачи заявления).</w:t>
      </w:r>
    </w:p>
    <w:p/>
    <w:p>
      <w:r>
        <w:t>Банк-гарант включен в перечень банков, отвечающих установленным требованиям для принятия банковских гарантий в целях налогообложения (ст. 74.1 НК РФ). Банковская гарантия предусматривает обязанность банка уплатить налог, пени и штрафы в полном объеме в случае отказа УФНС в удовлетворении жалобы.</w:t>
      </w:r>
    </w:p>
    <w:p/>
    <w:p>
      <w:r>
        <w:t>На основании изложенного, руководствуясь п. 5 ст. 138 НК РФ,</w:t>
      </w:r>
    </w:p>
    <w:p/>
    <w:p>
      <w:r>
        <w:rPr>
          <w:b/>
        </w:rPr>
        <w:t>ПРОШУ:</w:t>
      </w:r>
    </w:p>
    <w:p/>
    <w:p>
      <w:r>
        <w:t>Приостановить исполнение решения [наименование ИФНС] № [номер] от «__» ________ 20__ г. до дня принятия вышестоящим налоговым органом решения по жалобе (апелляционной жалобе).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Банковская гарантия № [номер] от «__» ________ 20__ г. (оригинал или электронный документ).</w:t>
      </w:r>
    </w:p>
    <w:p>
      <w:pPr>
        <w:pStyle w:val="ListNumber"/>
      </w:pPr>
      <w:r>
        <w:t>2. Копия решения ИФНС № [номер] от «__» ________ 20__ г.</w:t>
      </w:r>
    </w:p>
    <w:p>
      <w:pPr>
        <w:pStyle w:val="ListNumber"/>
      </w:pPr>
      <w:r>
        <w:t>3. Копия жалобы от «__» ________ 20__ г. (с отметкой о получении или почтовой описью).</w:t>
      </w:r>
    </w:p>
    <w:p/>
    <w:p>
      <w:r>
        <w:t>«___» __________ 20__ г.        ____________ / [ФИО заявителя]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