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ФНС России</w:t>
      </w:r>
    </w:p>
    <w:p>
      <w:pPr>
        <w:jc w:val="right"/>
      </w:pPr>
      <w:r>
        <w:t>по __________________________________</w:t>
      </w:r>
    </w:p>
    <w:p>
      <w:pPr>
        <w:jc w:val="right"/>
      </w:pPr>
      <w:r>
        <w:t>(наименование субъекта РФ)</w:t>
      </w:r>
    </w:p>
    <w:p>
      <w:pPr>
        <w:jc w:val="right"/>
      </w:pPr>
      <w:r>
        <w:t>через ИФНС России №  ___</w:t>
      </w:r>
    </w:p>
    <w:p>
      <w:pPr>
        <w:jc w:val="right"/>
      </w:pPr>
      <w:r>
        <w:t>по __________________________________</w:t>
      </w:r>
    </w:p>
    <w:p>
      <w:pPr>
        <w:jc w:val="right"/>
      </w:pPr>
      <w:r>
        <w:t>(орган, выставивший требование)</w:t>
      </w:r>
    </w:p>
    <w:p>
      <w:pPr>
        <w:jc w:val="right"/>
      </w:pPr>
      <w:r>
        <w:t>От: ________________________________________</w:t>
      </w:r>
    </w:p>
    <w:p>
      <w:pPr>
        <w:jc w:val="right"/>
      </w:pPr>
      <w:r>
        <w:t>(фамилия, имя, отчество полностью)</w:t>
      </w:r>
    </w:p>
    <w:p>
      <w:pPr>
        <w:jc w:val="right"/>
      </w:pPr>
      <w:r>
        <w:t>ИНН: ________________________</w:t>
      </w:r>
    </w:p>
    <w:p>
      <w:pPr>
        <w:jc w:val="right"/>
      </w:pPr>
      <w:r>
        <w:t>Адрес для связи: ________________________________________</w:t>
      </w:r>
    </w:p>
    <w:p>
      <w:pPr>
        <w:jc w:val="right"/>
      </w:pPr>
      <w:r>
        <w:t>Тел.: ________________________</w:t>
      </w:r>
    </w:p>
    <w:p>
      <w:pPr>
        <w:jc w:val="right"/>
      </w:pPr>
      <w:r>
        <w:t>Email: ________________________</w:t>
      </w:r>
    </w:p>
    <w:p>
      <w:pPr>
        <w:jc w:val="center"/>
      </w:pPr>
      <w:r>
        <w:rPr>
          <w:b/>
        </w:rPr>
        <w:t>ЖАЛОБА</w:t>
      </w:r>
    </w:p>
    <w:p>
      <w:r>
        <w:t>на требование об уплате задолженности (отрицательного сальдо ЕНС)</w:t>
      </w:r>
    </w:p>
    <w:p>
      <w:r>
        <w:t>в порядке ст. 138-140 НК РФ</w:t>
      </w:r>
    </w:p>
    <w:p/>
    <w:p>
      <w:r>
        <w:t>В мой адрес поступило требование ИФНС России № ___ по ______________ об уплате задолженности (налога, сбора, страховых взносов, пеней, штрафов, процентов) от «___» __________ 20__ г. № __________.</w:t>
      </w:r>
    </w:p>
    <w:p>
      <w:r>
        <w:t>По состоянию на дату формирования требования числится отрицательное сальдо ЕНС в размере ________ руб.</w:t>
      </w:r>
    </w:p>
    <w:p/>
    <w:p>
      <w:r>
        <w:t>Считаю указанное требование незаконным полностью (в части суммы ________ руб.) по следующим основаниям:</w:t>
      </w:r>
    </w:p>
    <w:p/>
    <w:p>
      <w:pPr>
        <w:pStyle w:val="ListNumber"/>
      </w:pPr>
      <w:r>
        <w:t>1. Фактические обстоятельства и основания несогласия</w:t>
      </w:r>
    </w:p>
    <w:p>
      <w:r>
        <w:t>________________________________________________________________________</w:t>
      </w:r>
    </w:p>
    <w:p>
      <w:pPr>
        <w:jc w:val="center"/>
      </w:pPr>
      <w:r>
        <w:rPr>
          <w:i/>
        </w:rPr>
        <w:t>(Указать конкретную причину:</w:t>
      </w:r>
    </w:p>
    <w:p>
      <w:pPr>
        <w:pStyle w:val="ListBullet"/>
      </w:pPr>
      <w:r>
        <w:t>Ошибка в расчете налога (объект продан, неверная ставка, льгота);</w:t>
      </w:r>
    </w:p>
    <w:p>
      <w:pPr>
        <w:pStyle w:val="ListBullet"/>
      </w:pPr>
      <w:r>
        <w:t>Техническая ошибка на ЕНС: платеж от ________ на сумму ________ руб. не отражен;</w:t>
      </w:r>
    </w:p>
    <w:p>
      <w:pPr>
        <w:pStyle w:val="ListBullet"/>
      </w:pPr>
      <w:r>
        <w:t>Истечение сроков взыскания задолженности (ст. 46, 70 НК РФ);</w:t>
      </w:r>
    </w:p>
    <w:p>
      <w:pPr>
        <w:pStyle w:val="ListBullet"/>
      </w:pPr>
      <w:r>
        <w:t>Требование направлено на объект, который никогда мне не принадлежал.)</w:t>
      </w:r>
    </w:p>
    <w:p/>
    <w:p>
      <w:pPr>
        <w:pStyle w:val="ListNumber"/>
      </w:pPr>
      <w:r>
        <w:t>2. Правовое обоснование</w:t>
      </w:r>
    </w:p>
    <w:p>
      <w:r>
        <w:t>В силу ст. 69 НК РФ требование направляется налогоплательщику при наличии у него отрицательного сальдо ЕНС и должно содержать сведения о сумме задолженности, налогах, по которым она возникла, и сроке исполнения.</w:t>
      </w:r>
    </w:p>
    <w:p>
      <w:r>
        <w:t>Согласно ст. 45 НК РФ налогоплательщик обязан самостоятельно исполнить обязанность по уплате налога. Мною данная обязанность исполнена надлежащим образом / расчет налога произведен ИФНС с нарушением норм гл. ___ НК РФ, что привело к необоснованному формированию отрицательного сальдо ЕНС.</w:t>
      </w:r>
    </w:p>
    <w:p>
      <w:r>
        <w:t>Нарушение порядка формирования сальдо ЕНС и направления требования нарушает мои права на достоверный учет расчетов с бюджетом (пп. 10 п. 1 ст. 21 НК РФ).</w:t>
      </w:r>
    </w:p>
    <w:p/>
    <w:p>
      <w:pPr>
        <w:pStyle w:val="ListNumber"/>
      </w:pPr>
      <w:r>
        <w:t>3. Ходатайство о приостановлении исполнения</w:t>
      </w:r>
    </w:p>
    <w:p>
      <w:r>
        <w:t>На основании п. 5 ст. 138 НК РФ прошу приостановить исполнение обжалуемого требования № __________ от «___» __________ 20__ г. до принятия решения по настоящей жалобе.</w:t>
      </w:r>
    </w:p>
    <w:p/>
    <w:p>
      <w:pPr>
        <w:pStyle w:val="ListNumber"/>
      </w:pPr>
      <w:r>
        <w:t>4. Просьба</w:t>
      </w:r>
    </w:p>
    <w:p>
      <w:r>
        <w:t>На основании ст. 138, 139, 140 НК РФ ПРОШУ:</w:t>
      </w:r>
    </w:p>
    <w:p>
      <w:pPr>
        <w:pStyle w:val="ListNumber"/>
      </w:pPr>
      <w:r>
        <w:t>1. Признать требование ИФНС № ___ от «___» __________ 20__ г. № __________ незаконным (полностью / в части суммы ________ руб.).</w:t>
      </w:r>
    </w:p>
    <w:p>
      <w:pPr>
        <w:pStyle w:val="ListNumber"/>
      </w:pPr>
      <w:r>
        <w:t>2. Обязать ИФНС внести изменения в сведения ЕНС, устранив необоснованную задолженность.</w:t>
      </w:r>
    </w:p>
    <w:p>
      <w:pPr>
        <w:pStyle w:val="ListNumber"/>
      </w:pPr>
      <w:r>
        <w:t>3. О принятом решении уведомить меня через Личный кабинет налогоплательщика / по почте.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обжалуемого требования.</w:t>
      </w:r>
    </w:p>
    <w:p>
      <w:pPr>
        <w:pStyle w:val="ListNumber"/>
      </w:pPr>
      <w:r>
        <w:t>2. Доказательства (копия ДКП, справка ГИБДД, платежные поручения, расчет налога).</w:t>
      </w:r>
    </w:p>
    <w:p/>
    <w:p>
      <w:r>
        <w:t>«___» __________ 20__ г.        ____________ / ______________________</w:t>
      </w:r>
    </w:p>
    <w:p>
      <w:pPr>
        <w:jc w:val="center"/>
      </w:pPr>
      <w:r>
        <w:rPr>
          <w:i/>
        </w:rPr>
        <w:t>(подпись)          (ФИО)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