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В ИФНС России № [номер] по [г. Москве / регион]</w:t>
      </w:r>
    </w:p>
    <w:p>
      <w:pPr>
        <w:jc w:val="right"/>
      </w:pPr>
      <w:r>
        <w:t>от [ФИО полностью]</w:t>
      </w:r>
    </w:p>
    <w:p>
      <w:pPr>
        <w:jc w:val="right"/>
      </w:pPr>
      <w:r>
        <w:t>ИНН: [ваш ИНН]</w:t>
      </w:r>
    </w:p>
    <w:p>
      <w:pPr>
        <w:jc w:val="right"/>
      </w:pPr>
      <w:r>
        <w:t>Адрес для связи: [индекс, адрес]</w:t>
      </w:r>
    </w:p>
    <w:p>
      <w:pPr>
        <w:jc w:val="right"/>
      </w:pPr>
      <w:r>
        <w:t>Тел: [телефон]</w:t>
      </w:r>
    </w:p>
    <w:p>
      <w:pPr>
        <w:jc w:val="center"/>
      </w:pPr>
      <w:r>
        <w:rPr>
          <w:b/>
        </w:rPr>
        <w:t>ЗАЯВЛЕНИЕ</w:t>
      </w:r>
    </w:p>
    <w:p>
      <w:r>
        <w:t>о возврате излишне взысканных денежных средств и выплате процентов</w:t>
      </w:r>
    </w:p>
    <w:p>
      <w:pPr>
        <w:jc w:val="center"/>
      </w:pPr>
      <w:r>
        <w:rPr>
          <w:i/>
        </w:rPr>
        <w:t>(в порядке ст. 79 НК РФ)</w:t>
      </w:r>
    </w:p>
    <w:p/>
    <w:p>
      <w:r>
        <w:t>«___» ________ 20__ г. налоговым органом в бесспорном порядке (на основании решения №____ от ____) были взысканы денежные средства в размере [сумма] руб. (вид налога: [название]). Взыскание произведено путем [списания со счета в банке / через службу судебных приставов].</w:t>
      </w:r>
    </w:p>
    <w:p/>
    <w:p>
      <w:r>
        <w:t>Указанное взыскание является незаконным (излишним), что подтверждается:</w:t>
      </w:r>
    </w:p>
    <w:p>
      <w:r>
        <w:rPr>
          <w:i/>
        </w:rPr>
        <w:t>[вариант 1: Решением УФНС по г. ________ № ____ от ________ об отмене решения ИФНС]</w:t>
      </w:r>
    </w:p>
    <w:p>
      <w:r>
        <w:rPr>
          <w:i/>
        </w:rPr>
        <w:t>[вариант 2: Решением [название] суда по делу № ____, вступившим в законную силу ________]</w:t>
      </w:r>
    </w:p>
    <w:p>
      <w:r>
        <w:rPr>
          <w:i/>
        </w:rPr>
        <w:t>[вариант 3: Решением ИФНС № ____ от ________ о технической ошибке / перерасчете]</w:t>
      </w:r>
    </w:p>
    <w:p/>
    <w:p>
      <w:r>
        <w:t>Согласно п. 9 ст. 79 НК РФ, при наличии факта излишнего взыскания налоговый орган обязан вернуть указанную сумму с начислением процентов по ключевой ставке ЦБ РФ, действовавшей в периоды нарушения, за каждый календарный день со дня, следующего за днем взыскания, по день фактического возврата (зачета).</w:t>
      </w:r>
    </w:p>
    <w:p/>
    <w:p>
      <w:r>
        <w:t>Предварительный расчет процентов на дату подачи заявления:</w:t>
      </w:r>
    </w:p>
    <w:p>
      <w:r>
        <w:t>Сумма взыскания: [сумма] руб.</w:t>
      </w:r>
    </w:p>
    <w:p>
      <w:r>
        <w:t>Период: с [день взыскания + 1 день] по [дата подачи заявления] ([кол-во] дней).</w:t>
      </w:r>
    </w:p>
    <w:p>
      <w:r>
        <w:t>Ставка ЦБ: [текущая ставка]%.</w:t>
      </w:r>
    </w:p>
    <w:p>
      <w:r>
        <w:t>Сумма процентов: [Сумма] * [Ставка]/365 * [Дни] = [результат] руб.</w:t>
      </w:r>
    </w:p>
    <w:p/>
    <w:p>
      <w:r>
        <w:t>На основании изложенного, руководствуясь ст. 79 НК РФ,</w:t>
      </w:r>
    </w:p>
    <w:p/>
    <w:p>
      <w:r>
        <w:rPr>
          <w:b/>
        </w:rPr>
        <w:t>ПРОШУ:</w:t>
      </w:r>
    </w:p>
    <w:p>
      <w:pPr>
        <w:pStyle w:val="ListNumber"/>
      </w:pPr>
      <w:r>
        <w:t>1. Признать сумму в размере [сумма] руб., взысканную «___» ________ 20__ г., излишне взысканной.</w:t>
      </w:r>
    </w:p>
    <w:p>
      <w:pPr>
        <w:pStyle w:val="ListNumber"/>
      </w:pPr>
      <w:r>
        <w:t>2. Произвести возврат излишне взысканных денежных средств в сумме [сумма] руб. на мои банковские реквизиты (заявление по форме КНД 1112542 прилагается/подано через ЛК).</w:t>
      </w:r>
    </w:p>
    <w:p>
      <w:pPr>
        <w:pStyle w:val="ListNumber"/>
      </w:pPr>
      <w:r>
        <w:t>3. Принять решение о выплате процентов за весь период незаконного удержания денежных средств (с даты взыскания по дату фактического возврата) и перечислить их на мой банковский счет.</w:t>
      </w:r>
    </w:p>
    <w:p/>
    <w:p>
      <w:r>
        <w:rPr>
          <w:b/>
        </w:rPr>
        <w:t>Приложения:</w:t>
      </w:r>
    </w:p>
    <w:p>
      <w:pPr>
        <w:pStyle w:val="ListNumber"/>
      </w:pPr>
      <w:r>
        <w:t>1. Копия документа, подтверждающего взыскание (инкассовое поручение / выписка по счету).</w:t>
      </w:r>
    </w:p>
    <w:p>
      <w:pPr>
        <w:pStyle w:val="ListNumber"/>
      </w:pPr>
      <w:r>
        <w:t>2. Копия документа, подтверждающего незаконность взыскания (Решение УФНС / Суда).</w:t>
      </w:r>
    </w:p>
    <w:p>
      <w:pPr>
        <w:pStyle w:val="ListNumber"/>
      </w:pPr>
      <w:r>
        <w:t>3. Реквизиты банковского счета.</w:t>
      </w:r>
    </w:p>
    <w:p/>
    <w:p>
      <w:r>
        <w:t>«___» __________ 20__ г.        ____________ / [ФИО]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category/>
</cp:coreProperties>
</file>