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[наименование ИФНС по месту учёта]</w:t>
      </w:r>
    </w:p>
    <w:p>
      <w:pPr>
        <w:jc w:val="right"/>
      </w:pPr>
      <w:r>
        <w:t>[адрес ИФНС]</w:t>
      </w:r>
    </w:p>
    <w:p>
      <w:pPr>
        <w:jc w:val="right"/>
      </w:pPr>
      <w:r>
        <w:t>От: [ФИО полностью]</w:t>
      </w:r>
    </w:p>
    <w:p>
      <w:pPr>
        <w:jc w:val="right"/>
      </w:pPr>
      <w:r>
        <w:t>ИНН: [ИНН заявителя]</w:t>
      </w:r>
    </w:p>
    <w:p>
      <w:pPr>
        <w:jc w:val="right"/>
      </w:pPr>
      <w:r>
        <w:t>Адрес для корреспонденции: [индекс, адрес]</w:t>
      </w:r>
    </w:p>
    <w:p>
      <w:pPr>
        <w:jc w:val="right"/>
      </w:pPr>
      <w:r>
        <w:t>Тел.: [контактный телефон]</w:t>
      </w:r>
    </w:p>
    <w:p>
      <w:pPr>
        <w:jc w:val="right"/>
      </w:pPr>
      <w:r>
        <w:t>E-mail: [адрес электронной почты]</w:t>
      </w:r>
    </w:p>
    <w:p>
      <w:pPr>
        <w:jc w:val="center"/>
      </w:pPr>
      <w:r>
        <w:rPr>
          <w:b/>
        </w:rPr>
        <w:t>ЗАЯВЛЕНИЕ</w:t>
      </w:r>
    </w:p>
    <w:p>
      <w:r>
        <w:t>об урегулировании расхождений по Единому налоговому счету (ЕНС)</w:t>
      </w:r>
    </w:p>
    <w:p/>
    <w:p>
      <w:r>
        <w:t>На основании подпунктов 1, 10, 11 пункта 1 статьи 21, подпункта 11 пункта 1 статьи 32 и статьи 11.3 Налогового кодекса РФ, прошу устранить расхождения данных в моем Едином налоговом счете.</w:t>
      </w:r>
    </w:p>
    <w:p/>
    <w:p>
      <w:r>
        <w:t>«___» ________ 202_ г. мной получены сведения о состоянии сальдо ЕНС (из Личного кабинета / из Справки №____ от ____). Согласно данным налогового органа, сальдо составляет [сумма] руб.</w:t>
      </w:r>
    </w:p>
    <w:p>
      <w:r>
        <w:t>С указанными данными не согласен(-на), считаю сальдо необоснованно заниженным (задолженность — ошибочной) в связи со следующими обстоятельствами:</w:t>
      </w:r>
    </w:p>
    <w:p>
      <w:r>
        <w:t>[выбрать нужное: техническая ошибка при переносе данных / не учтена оплата по чеку №___ от ___ / не применен налоговый вычет (льгота) / начислен налог на объект, право собственности на который прекращено «___» ________ 202_ г. / иное].</w:t>
      </w:r>
    </w:p>
    <w:p/>
    <w:p>
      <w:r>
        <w:t>Сведения о спорных операциях/начислениях:</w:t>
      </w:r>
    </w:p>
    <w:p>
      <w:r>
        <w:t>| Налог (КБК) | Период | Сумма (ЕНС), руб. | Сумма (факт), руб. | Расхождение | Документ-основание |</w:t>
      </w:r>
    </w:p>
    <w:p>
      <w:r>
        <w:t>|-------------|--------|-------------------|--------------------|-------------|--------------------|</w:t>
      </w:r>
    </w:p>
    <w:p>
      <w:r>
        <w:t>| [указать]   | [год]  | [сумма]           | [сумма]            | [разница]   | [квитанция/ДКП/др] |</w:t>
      </w:r>
    </w:p>
    <w:p/>
    <w:p>
      <w:r>
        <w:t>На основании изложенного, в соответствии со ст. 32 НК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Провести проверку фактов, изложенных в настоящем заявлении, и привести состояние сальдо ЕНС в соответствие с фактическими данными.</w:t>
      </w:r>
    </w:p>
    <w:p>
      <w:pPr>
        <w:pStyle w:val="ListNumber"/>
      </w:pPr>
      <w:r>
        <w:t>2. В случае необходимости актуализации данных, полученных от внешних ведомств (ГИБДД, Росреестр и др.), направить в их адрес повторный запрос.</w:t>
      </w:r>
    </w:p>
    <w:p>
      <w:pPr>
        <w:pStyle w:val="ListNumber"/>
      </w:pPr>
      <w:r>
        <w:t>3. До завершения проверки расхождений приостановить меры принудительного взыскания (статьи 46, 69 НК РФ).</w:t>
      </w:r>
    </w:p>
    <w:p>
      <w:pPr>
        <w:pStyle w:val="ListNumber"/>
      </w:pPr>
      <w:r>
        <w:t>4. О результатах рассмотрения заявления уведомить меня письменно в установленный законом срок.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документа, подтверждающего расхождение (квитанция, договор, выписка и т.д.).</w:t>
      </w:r>
    </w:p>
    <w:p>
      <w:pPr>
        <w:pStyle w:val="ListNumber"/>
      </w:pPr>
      <w:r>
        <w:t>2. Скриншот/выписка из Личного кабинета налогоплательщика.</w:t>
      </w:r>
    </w:p>
    <w:p>
      <w:pPr>
        <w:pStyle w:val="ListNumber"/>
      </w:pPr>
      <w:r>
        <w:t>3. [Иные подтверждающие документы].</w:t>
      </w:r>
    </w:p>
    <w:p/>
    <w:p>
      <w:r>
        <w:t>«___» __________ 20__ г.        ____________ / [ФИО заявителя]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