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районного суда по месту нахождения РОСП]</w:t>
      </w:r>
    </w:p>
    <w:p>
      <w:pPr>
        <w:jc w:val="right"/>
      </w:pPr>
      <w:r>
        <w:t>Адрес: [адрес суда]</w:t>
      </w:r>
    </w:p>
    <w:p>
      <w:pPr>
        <w:jc w:val="right"/>
      </w:pPr>
      <w:r>
        <w:t>Административный истец: [ФИО полностью]</w:t>
      </w:r>
    </w:p>
    <w:p>
      <w:pPr>
        <w:jc w:val="right"/>
      </w:pPr>
      <w:r>
        <w:t>Адрес регистрации: [адрес]</w:t>
      </w:r>
    </w:p>
    <w:p>
      <w:pPr>
        <w:jc w:val="right"/>
      </w:pPr>
      <w:r>
        <w:t>Место рождения: [дата и место из паспорта]</w:t>
      </w:r>
    </w:p>
    <w:p>
      <w:pPr>
        <w:jc w:val="right"/>
      </w:pPr>
      <w:r>
        <w:t>СНИЛС: [номер]; ИНН: [номер]</w:t>
      </w:r>
    </w:p>
    <w:p>
      <w:pPr>
        <w:jc w:val="right"/>
      </w:pPr>
      <w:r>
        <w:t>Паспорт: [серия, номер, кем выдан]</w:t>
      </w:r>
    </w:p>
    <w:p>
      <w:pPr>
        <w:jc w:val="right"/>
      </w:pPr>
      <w:r>
        <w:t>Тел.: [номер]</w:t>
      </w:r>
    </w:p>
    <w:p>
      <w:pPr>
        <w:jc w:val="right"/>
      </w:pPr>
      <w:r>
        <w:t>E-mail: [адрес]</w:t>
      </w:r>
    </w:p>
    <w:p>
      <w:pPr>
        <w:jc w:val="right"/>
      </w:pPr>
      <w:r>
        <w:t>Административный ответчик: [Должность, ФИО судебного пристава-исполнителя]</w:t>
      </w:r>
    </w:p>
    <w:p>
      <w:pPr>
        <w:jc w:val="right"/>
      </w:pPr>
      <w:r>
        <w:t>Адрес подразделения ФССП: [адрес]</w:t>
      </w:r>
    </w:p>
    <w:p>
      <w:pPr>
        <w:jc w:val="right"/>
      </w:pPr>
      <w:r>
        <w:t>Заинтересованное лицо: [Наименование ИФНС - взыскателя]</w:t>
      </w:r>
    </w:p>
    <w:p>
      <w:pPr>
        <w:jc w:val="right"/>
      </w:pPr>
      <w:r>
        <w:t>Адрес: [адрес инспекции]</w:t>
      </w:r>
    </w:p>
    <w:p>
      <w:pPr>
        <w:jc w:val="center"/>
      </w:pPr>
      <w:r>
        <w:rPr>
          <w:b/>
        </w:rPr>
        <w:t>АДМИНИСТРАТИВНОЕ ИСКОВОЕ ЗАЯВЛЕНИЕ</w:t>
      </w:r>
    </w:p>
    <w:p>
      <w:r>
        <w:t>об освобождении от уплаты исполнительского сбора</w:t>
      </w:r>
    </w:p>
    <w:p>
      <w:pPr>
        <w:jc w:val="center"/>
      </w:pPr>
      <w:r>
        <w:rPr>
          <w:i/>
        </w:rPr>
        <w:t>(или об уменьшении его размера)</w:t>
      </w:r>
    </w:p>
    <w:p/>
    <w:p>
      <w:r>
        <w:t>В производстве [наименование отдела] ФССП находится исполнительное производство № [номер] от [дата], возбужденное на основании исполнительного документа [реквизиты листа/уведомления] о взыскании с меня в пользу ИФНС задолженности в размере [сумма] руб.</w:t>
      </w:r>
    </w:p>
    <w:p/>
    <w:p>
      <w:r>
        <w:t>«___» ________ 20__ г. судебным приставом вынесено постановление о взыскании исполнительского сбора в размере [сумма] руб. (7%). Данное постановление получено мною «___» ________ 20__ г.</w:t>
      </w:r>
    </w:p>
    <w:p/>
    <w:p>
      <w:r>
        <w:t>Считаю взыскание сбора (или его размер) незаконным и необоснованным по следующим причинам:</w:t>
      </w:r>
    </w:p>
    <w:p>
      <w:pPr>
        <w:pStyle w:val="ListNumber"/>
      </w:pPr>
      <w:r>
        <w:t>1. [Указать уважительные причины неисполнения в 5-дневный срок: болезнь, техническая ошибка банка, неосведомленность из-за неполучения почты по вине Почты РФ и т.д.]</w:t>
      </w:r>
    </w:p>
    <w:p>
      <w:pPr>
        <w:pStyle w:val="ListNumber"/>
      </w:pPr>
      <w:r>
        <w:t>2. [Описать тяжелое имущественное положение для снижения сбора: наличие иждивенцев, статус безработного, справка о низком доходе].</w:t>
      </w:r>
    </w:p>
    <w:p>
      <w:pPr>
        <w:pStyle w:val="ListNumber"/>
      </w:pPr>
      <w:r>
        <w:t>3. [Указать на несоразмерность сбора последствиям нарушения, ссылаясь на Постановление КС РФ № 13-П].</w:t>
      </w:r>
    </w:p>
    <w:p/>
    <w:p>
      <w:r>
        <w:t>На основании ст. 112 ФЗ «Об исполнительном производстве», ст. 218, 220 КАС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[Вариант А]: Освободить меня от уплаты исполнительского сбора по исполнительному производству № [номер] в полном объеме.</w:t>
      </w:r>
    </w:p>
    <w:p>
      <w:pPr>
        <w:pStyle w:val="ListNumber"/>
      </w:pPr>
      <w:r>
        <w:t>2. [Вариант Б]: Уменьшить размер исполнительского сбора, установленного постановлением от [дата], на одну четверть до суммы [сумма] руб.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постановления о возбуждении ИП.</w:t>
      </w:r>
    </w:p>
    <w:p>
      <w:pPr>
        <w:pStyle w:val="ListNumber"/>
      </w:pPr>
      <w:r>
        <w:t>2. Копия постановления о взыскании исполнительского сбора.</w:t>
      </w:r>
    </w:p>
    <w:p>
      <w:pPr>
        <w:pStyle w:val="ListNumber"/>
      </w:pPr>
      <w:r>
        <w:t>3. Доказательства уважительных причин (справки, выписки, квитанции).</w:t>
      </w:r>
    </w:p>
    <w:p>
      <w:pPr>
        <w:pStyle w:val="ListNumber"/>
      </w:pPr>
      <w:r>
        <w:t>4. Доказательство направления копии иска ответчику и заинтересованному лицу (почтовая опись).</w:t>
      </w:r>
    </w:p>
    <w:p/>
    <w:p>
      <w:r>
        <w:t>«___» __________ 20__ г.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