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[наименование суда]</w:t>
        <w:br/>
      </w:r>
      <w:r>
        <w:t>От: [ФИО заявителя]</w:t>
        <w:br/>
        <w:t>ИНН: [ИНН заявителя]</w:t>
        <w:br/>
        <w:t>Адрес: [адрес заявителя]</w:t>
        <w:br/>
        <w:t>Тел.: [телефон заявителя]</w:t>
      </w:r>
    </w:p>
    <w:p>
      <w:pPr>
        <w:jc w:val="center"/>
      </w:pPr>
      <w:r>
        <w:rPr>
          <w:b/>
        </w:rPr>
        <w:t>АДМИНИСТРАТИВНЫЙ ИСК О ПРИЗНАНИИ ЗАДОЛЖЕННОСТИ ОТСУТСТВУЮЩЕЙ ИЛИ ОБЯЗАННОСТИ ПРЕКРАЩЁННОЙ</w:t>
      </w:r>
    </w:p>
    <w:p>
      <w:r>
        <w:t>[описание ситуации и обстоятельств обращения]</w:t>
      </w:r>
    </w:p>
    <w:p>
      <w:pPr>
        <w:pStyle w:val="ListBullet"/>
      </w:pPr>
      <w:r>
        <w:t>долг и периоды: [указать]</w:t>
      </w:r>
    </w:p>
    <w:p>
      <w:pPr>
        <w:pStyle w:val="ListBullet"/>
      </w:pPr>
      <w:r>
        <w:t>история требований, приказов, исков и ИП: [указать]</w:t>
      </w:r>
    </w:p>
    <w:p>
      <w:pPr>
        <w:pStyle w:val="ListBullet"/>
      </w:pPr>
      <w:r>
        <w:t>расчёт сроков: [указать]</w:t>
      </w:r>
    </w:p>
    <w:p>
      <w:pPr>
        <w:pStyle w:val="ListBullet"/>
      </w:pPr>
      <w:r>
        <w:t>основания прекращения: [указать]</w:t>
      </w:r>
    </w:p>
    <w:p>
      <w:pPr>
        <w:pStyle w:val="ListBullet"/>
      </w:pPr>
      <w:r>
        <w:t>просьба признать долг отсутствующим и обязать ИФНС исправить учёт: [указать]</w:t>
      </w:r>
    </w:p>
    <w:p>
      <w:r>
        <w:t>На основании статьи 59, 70, 48 НК РФ; глава 22 КАС РФ:</w:t>
      </w:r>
    </w:p>
    <w:p>
      <w:r>
        <w:rPr>
          <w:b/>
        </w:rPr>
        <w:t>ПРОШУ:</w:t>
      </w:r>
    </w:p>
    <w:p>
      <w:r>
        <w:t>[просительная часть]</w:t>
      </w:r>
    </w:p>
    <w:p>
      <w:r>
        <w:t>Приложения:</w:t>
      </w:r>
    </w:p>
    <w:p>
      <w:pPr>
        <w:pStyle w:val="ListBullet"/>
      </w:pPr>
      <w:r>
        <w:t>[перечень приложений]</w:t>
      </w:r>
    </w:p>
    <w:p>
      <w:r>
        <w:br/>
        <w:t>«___» __________ 20__ г.        ____________ / [ФИО заявителя]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category/>
</cp:coreProperties>
</file>