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Межрайонную ИФНС России №  ___</w:t>
        <w:br/>
        <w:t>по __________________________________</w:t>
        <w:br/>
        <w:t>(наименование субъекта / города)</w:t>
        <w:br/>
        <w:br/>
        <w:t>От: ________________________________________</w:t>
        <w:br/>
        <w:t xml:space="preserve">       (фамилия, имя, отчество полностью)</w:t>
        <w:br/>
        <w:t>ИНН: ______________________________________</w:t>
        <w:br/>
        <w:t>Адрес регистрации: _________________________</w:t>
        <w:br/>
        <w:t>____________________________________________</w:t>
        <w:br/>
        <w:t>Телефон: ___________________________________</w:t>
      </w:r>
    </w:p>
    <w:p>
      <w:pPr>
        <w:jc w:val="center"/>
      </w:pPr>
      <w:r>
        <w:rPr>
          <w:b/>
        </w:rPr>
        <w:t>ЗАЯВЛЕНИЕ О НЕСОГЛАСИИ С ЗАДОЛЖЕННОСТЬЮ</w:t>
        <w:br/>
        <w:t>(ВОЗРАЖЕНИЕ ПРОТИВ ВНЕСУДЕБНОГО ВЗЫСКАНИЯ)</w:t>
      </w:r>
    </w:p>
    <w:p/>
    <w:p>
      <w:r>
        <w:t>Мною получено информационное сообщение от «___» __________ 20__ г. о наличии задолженности по __________________________________________________ (вид налога) за __________ год(ы) в сумме __________ руб.</w:t>
      </w:r>
    </w:p>
    <w:p/>
    <w:p>
      <w:r>
        <w:t>Заявляю о несогласии с указанной задолженностью по следующим основаниям:</w:t>
      </w:r>
    </w:p>
    <w:p/>
    <w:p>
      <w:r>
        <w:rPr>
          <w:b/>
        </w:rPr>
        <w:t>1. Суть несогласия</w:t>
      </w:r>
    </w:p>
    <w:p>
      <w:r>
        <w:t>________________________________________________________________________</w:t>
        <w:br/>
        <w:t>(указать конкретно: ошибка в расчёте, неучтённый платёж, неприменённая льгота, выбытие объекта из собственности, пропуск срока взыскания)</w:t>
      </w:r>
    </w:p>
    <w:p/>
    <w:p>
      <w:r>
        <w:rPr>
          <w:b/>
        </w:rPr>
        <w:t>2. Фактические обстоятельства</w:t>
      </w:r>
    </w:p>
    <w:p>
      <w:r>
        <w:t>________________________________________________________________________</w:t>
        <w:br/>
        <w:t>(описать ситуацию: когда и как возникла предполагаемая задолженность, почему она неверна, какие действия предпринимались)</w:t>
      </w:r>
    </w:p>
    <w:p/>
    <w:p>
      <w:r>
        <w:rPr>
          <w:b/>
        </w:rPr>
        <w:t>3. Правовое обоснование</w:t>
      </w:r>
    </w:p>
    <w:p>
      <w:r>
        <w:t>В соответствии со ст. 48 НК РФ (в ред. ФЗ от 31.07.2025 № 287-ФЗ) при несогласии с задолженностью налогоплательщик вправе заявить возражение, после чего взыскание спорной суммы во внесудебном порядке не производится и вопрос передаётся на рассмотрение в судебном порядке.</w:t>
      </w:r>
    </w:p>
    <w:p/>
    <w:p>
      <w:r>
        <w:rPr>
          <w:b/>
        </w:rPr>
        <w:t>4. Просьба</w:t>
      </w:r>
    </w:p>
    <w:p>
      <w:r>
        <w:t>На основании изложенного прошу:</w:t>
        <w:br/>
        <w:t>— не производить внесудебное взыскание задолженности в сумме __________ руб.;</w:t>
        <w:br/>
        <w:t>— произвести проверку и перерасчёт спорной суммы;</w:t>
        <w:br/>
        <w:t>— в случае сохранения разногласий передать вопрос о взыскании в судебный порядок.</w:t>
      </w:r>
    </w:p>
    <w:p/>
    <w:p>
      <w:r>
        <w:rPr>
          <w:b/>
        </w:rPr>
        <w:t>Приложения:</w:t>
      </w:r>
    </w:p>
    <w:p>
      <w:r>
        <w:t>1. Копия информационного сообщения о задолженности — на ___ л.</w:t>
        <w:br/>
        <w:t>2. __________________________________________________________ — на ___ л.</w:t>
        <w:br/>
        <w:t>3. __________________________________________________________ — на ___ л.</w:t>
      </w:r>
    </w:p>
    <w:p/>
    <w:p>
      <w:r>
        <w:t>«___» __________ 20__ г.        ____________ / ________________________________________</w:t>
      </w:r>
    </w:p>
    <w:p>
      <w:pPr>
        <w:jc w:val="right"/>
      </w:pPr>
      <w:r>
        <w:rPr>
          <w:i/>
        </w:rPr>
        <w:t>(подпись)                    (ФИО)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