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Руководителю УФНС России</w:t>
        <w:br/>
        <w:t>по __________________________________</w:t>
        <w:br/>
        <w:t>(наименование субъекта)</w:t>
        <w:br/>
        <w:br/>
        <w:t>через ИФНС России №  ___</w:t>
        <w:br/>
        <w:t>по __________________________________</w:t>
        <w:br/>
        <w:br/>
        <w:t>От: ________________________________________</w:t>
        <w:br/>
        <w:t xml:space="preserve">       (фамилия, имя, отчество полностью)</w:t>
        <w:br/>
        <w:t>ИНН: ________________________</w:t>
        <w:br/>
        <w:t>Адрес: ________________________________________</w:t>
        <w:br/>
        <w:t>Тел.: ________________________</w:t>
        <w:br/>
        <w:t>Email: ________________________</w:t>
      </w:r>
    </w:p>
    <w:p>
      <w:pPr>
        <w:jc w:val="center"/>
      </w:pPr>
      <w:r>
        <w:rPr>
          <w:b/>
        </w:rPr>
        <w:t>ЖАЛОБА</w:t>
        <w:br/>
        <w:t>НА ТРЕБОВАНИЕ ОБ УПЛАТЕ НАЛОГА</w:t>
      </w:r>
    </w:p>
    <w:p>
      <w:r>
        <w:rPr>
          <w:b w:val="0"/>
        </w:rPr>
      </w:r>
    </w:p>
    <w:p>
      <w:r>
        <w:rPr>
          <w:b w:val="0"/>
        </w:rPr>
        <w:t>Межрайонной ИФНС России № ___ по ________________________ мне направлено требование об уплате налога, сбора, страховых взносов, пеней, штрафов, процентов от «___» __________ 20__ г. № __________.</w:t>
        <w:br/>
        <w:br/>
        <w:t>Указанным требованием предложено уплатить:</w:t>
        <w:br/>
        <w:t>— __________________________________________________ (вид налога) за __________ год(ы) в сумме __________ руб.;</w:t>
        <w:br/>
        <w:t>— пени в сумме __________ руб.</w:t>
        <w:br/>
        <w:t>Срок исполнения требования: «___» __________ 20__ г.</w:t>
      </w:r>
    </w:p>
    <w:p>
      <w:r>
        <w:rPr>
          <w:b w:val="0"/>
        </w:rPr>
      </w:r>
    </w:p>
    <w:p>
      <w:r>
        <w:rPr>
          <w:b/>
        </w:rPr>
        <w:t>1. Основания несогласия с требованием</w:t>
      </w:r>
    </w:p>
    <w:p>
      <w:r>
        <w:rPr>
          <w:b w:val="0"/>
        </w:rPr>
        <w:t>Считаю указанное требование незаконным (необоснованным) по следующим основаниям:</w:t>
        <w:br/>
        <w:t>________________________________________________________________________</w:t>
        <w:br/>
        <w:t>(выберите и конкретизируйте применимое):</w:t>
        <w:br/>
        <w:br/>
        <w:t>□  Ошибка в расчёте налога: неверная ставка / кадастровая стоимость / мощность / период владения / неучтённая льгота.</w:t>
        <w:br/>
        <w:t>□  Платёж произведён: задолженность погашена «___» __________ 20__ г. в сумме __________ руб. (платёжный документ прилагается), но не учтена на ЕНС.</w:t>
        <w:br/>
        <w:t>□  Пропуск срока направления требования: задолженность возникла __________, требование направлено «___» __________ 20__ г. — позднее 3 месяцев (п. 1 ст. 70 НК РФ).</w:t>
        <w:br/>
        <w:t>□  Объект выбыл из собственности: продан / снят с учёта «___» __________ 20__ г.</w:t>
        <w:br/>
        <w:t>□  Иное: ________________________________________________________________________</w:t>
      </w:r>
    </w:p>
    <w:p>
      <w:r>
        <w:rPr>
          <w:b w:val="0"/>
        </w:rPr>
      </w:r>
    </w:p>
    <w:p>
      <w:r>
        <w:rPr>
          <w:b/>
        </w:rPr>
        <w:t>2. Фактические обстоятельства</w:t>
      </w:r>
    </w:p>
    <w:p>
      <w:r>
        <w:rPr>
          <w:b w:val="0"/>
        </w:rPr>
        <w:t>________________________________________________________________________</w:t>
        <w:br/>
        <w:t>(описать ситуацию: когда получено требование, в чём расхождение с расчётом налогоплательщика, какие суммы уплачены, какие льготы применимы)</w:t>
      </w:r>
    </w:p>
    <w:p>
      <w:r>
        <w:rPr>
          <w:b w:val="0"/>
        </w:rPr>
      </w:r>
    </w:p>
    <w:p>
      <w:r>
        <w:rPr>
          <w:b/>
        </w:rPr>
        <w:t>3. Правовое обоснование</w:t>
      </w:r>
    </w:p>
    <w:p>
      <w:r>
        <w:rPr>
          <w:b w:val="0"/>
        </w:rPr>
        <w:t>В соответствии со ст. 69 НК РФ требование об уплате налога должно содержать достоверные сведения о сумме задолженности. Требование, основанное на неверном расчёте, нарушает права налогоплательщика (пп. 10 п. 1 ст. 21 НК РФ).</w:t>
        <w:br/>
        <w:br/>
        <w:t>Согласно ст. 70 НК РФ требование должно быть направлено не позднее 3 месяцев со дня формирования отрицательного сальдо ЕНС (1 года — при сумме менее 3 000 руб.). Пропуск срока направления влечёт невозможность взыскания.</w:t>
        <w:br/>
        <w:br/>
        <w:t>На основании п. 2 ст. 138 НК РФ подача жалобы является обязательным досудебным порядком обжалования.</w:t>
      </w:r>
    </w:p>
    <w:p>
      <w:r>
        <w:rPr>
          <w:b w:val="0"/>
        </w:rPr>
      </w:r>
    </w:p>
    <w:p>
      <w:r>
        <w:rPr>
          <w:b/>
        </w:rPr>
        <w:t>4. Просьба</w:t>
      </w:r>
    </w:p>
    <w:p>
      <w:r>
        <w:rPr>
          <w:b w:val="0"/>
        </w:rPr>
        <w:t>На основании ст. 138–140 НК РФ прошу:</w:t>
        <w:br/>
        <w:t>— признать требование от «___» __________ 20__ г. № __________ незаконным (полностью / в части __________ руб.);</w:t>
        <w:br/>
        <w:t>— обязать ИФНС произвести перерасчёт задолженности;</w:t>
        <w:br/>
        <w:t>— направить мне решение по жалобе через __________________________________ (личный кабинет / почтой на адрес регистрации).</w:t>
      </w:r>
    </w:p>
    <w:p>
      <w:r>
        <w:rPr>
          <w:b w:val="0"/>
        </w:rPr>
      </w:r>
    </w:p>
    <w:p>
      <w:r>
        <w:rPr>
          <w:b w:val="0"/>
        </w:rPr>
        <w:t>Приложения:</w:t>
      </w:r>
    </w:p>
    <w:p>
      <w:r>
        <w:rPr>
          <w:b w:val="0"/>
        </w:rPr>
        <w:t>1. Копия требования от «___» __________ 20__ г. № __________ — на ___ л.</w:t>
        <w:br/>
        <w:t>2. Расчёт налогоплательщика — на ___ л.</w:t>
        <w:br/>
        <w:t>3. Копии платёжных документов — на ___ л.</w:t>
        <w:br/>
        <w:t>4. __________________________________________________________ — на ___ л.</w:t>
      </w:r>
    </w:p>
    <w:p>
      <w:r>
        <w:rPr>
          <w:b w:val="0"/>
        </w:rPr>
      </w:r>
    </w:p>
    <w:p>
      <w:r>
        <w:rPr>
          <w:b w:val="0"/>
        </w:rPr>
        <w:t>«___» __________ 20__ г.        ____________ / ________________________________________</w:t>
      </w:r>
    </w:p>
    <w:p>
      <w:pPr>
        <w:jc w:val="right"/>
      </w:pPr>
      <w:r>
        <w:rPr>
          <w:b w:val="0"/>
        </w:rPr>
        <w:t>(подпись)                    (ФИО)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