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4"/>
        </w:rPr>
        <w:t>В ИФНС России № ___</w:t>
        <w:br/>
        <w:t>по г. __________</w:t>
      </w:r>
    </w:p>
    <w:p>
      <w:pPr>
        <w:jc w:val="right"/>
      </w:pPr>
      <w:r>
        <w:rPr>
          <w:sz w:val="24"/>
        </w:rPr>
        <w:t>от: ________________________</w:t>
        <w:br/>
        <w:t>ИНН: ________________________</w:t>
        <w:br/>
        <w:t>Адрес: ______________________</w:t>
        <w:br/>
        <w:t>Телефон: ____________________</w:t>
      </w:r>
    </w:p>
    <w:p>
      <w:pPr>
        <w:jc w:val="center"/>
      </w:pPr>
      <w:r>
        <w:rPr>
          <w:b/>
          <w:sz w:val="28"/>
        </w:rPr>
        <w:t>ЗАПРОС</w:t>
        <w:br/>
        <w:t>о даче письменного разъяснения по вопросу применения</w:t>
        <w:br/>
        <w:t>налогового законодательства</w:t>
      </w:r>
    </w:p>
    <w:p>
      <w:r>
        <w:rPr>
          <w:b/>
          <w:sz w:val="24"/>
        </w:rPr>
        <w:t>Адресат (отметить нужное)</w:t>
      </w:r>
    </w:p>
    <w:p>
      <w:pPr>
        <w:spacing w:after="80"/>
      </w:pPr>
      <w:r>
        <w:t>☐ Министерство финансов Российской Федерации (вопросы федерального законодательства)</w:t>
      </w:r>
    </w:p>
    <w:p>
      <w:pPr>
        <w:spacing w:after="80"/>
      </w:pPr>
      <w:r>
        <w:t>☐ ФНС России (порядок исчисления, уплаты, заполнения деклараций)</w:t>
      </w:r>
    </w:p>
    <w:p>
      <w:pPr>
        <w:spacing w:after="80"/>
      </w:pPr>
      <w:r>
        <w:t>☐ Финансовый орган субъекта РФ: _____________ (региональные налоги)</w:t>
      </w:r>
    </w:p>
    <w:p>
      <w:pPr>
        <w:spacing w:after="80"/>
      </w:pPr>
      <w:r>
        <w:t>☐ Финансовый орган муниципалитета: __________ (местные налоги)</w:t>
      </w:r>
    </w:p>
    <w:p>
      <w:r>
        <w:rPr>
          <w:b/>
          <w:sz w:val="24"/>
        </w:rPr>
        <w:t>1. Сведения о заявителе</w:t>
      </w:r>
    </w:p>
    <w:p>
      <w:pPr>
        <w:spacing w:after="80"/>
      </w:pPr>
      <w:r>
        <w:t>ФИО: ________________________</w:t>
      </w:r>
    </w:p>
    <w:p>
      <w:pPr>
        <w:spacing w:after="80"/>
      </w:pPr>
      <w:r>
        <w:t>ИНН: ________________________</w:t>
      </w:r>
    </w:p>
    <w:p>
      <w:pPr>
        <w:spacing w:after="80"/>
      </w:pPr>
      <w:r>
        <w:t>Адрес: ______________________</w:t>
      </w:r>
    </w:p>
    <w:p>
      <w:pPr>
        <w:spacing w:after="80"/>
      </w:pPr>
      <w:r>
        <w:t>Контактный телефон / email: ___</w:t>
      </w:r>
    </w:p>
    <w:p>
      <w:r>
        <w:rPr>
          <w:b/>
          <w:sz w:val="24"/>
        </w:rPr>
        <w:t>2. Описание ситуации (факты)</w:t>
      </w:r>
    </w:p>
    <w:p>
      <w:pPr>
        <w:spacing w:after="80"/>
      </w:pPr>
      <w:r>
        <w:t>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</w:t>
      </w:r>
    </w:p>
    <w:p>
      <w:r>
        <w:rPr>
          <w:b/>
          <w:sz w:val="24"/>
        </w:rPr>
        <w:t>3. Конкретный вопрос</w:t>
      </w:r>
    </w:p>
    <w:p>
      <w:pPr>
        <w:spacing w:after="80"/>
      </w:pPr>
      <w:r>
        <w:t>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</w:t>
      </w:r>
    </w:p>
    <w:p>
      <w:r>
        <w:rPr>
          <w:b/>
          <w:sz w:val="24"/>
        </w:rPr>
        <w:t>4. Применимые нормы (по мнению заявителя)</w:t>
      </w:r>
    </w:p>
    <w:p>
      <w:pPr>
        <w:spacing w:after="80"/>
      </w:pPr>
      <w:r>
        <w:t>_______________________________________________________________________________</w:t>
      </w:r>
    </w:p>
    <w:p>
      <w:r>
        <w:rPr>
          <w:b/>
          <w:sz w:val="24"/>
        </w:rPr>
        <w:t>5. Позиция заявителя (толкование нормы)</w:t>
      </w:r>
    </w:p>
    <w:p>
      <w:pPr>
        <w:spacing w:after="80"/>
      </w:pPr>
      <w:r>
        <w:t>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</w:t>
      </w:r>
    </w:p>
    <w:p>
      <w:r>
        <w:rPr>
          <w:b/>
          <w:sz w:val="24"/>
        </w:rPr>
        <w:t>6. Просьба</w:t>
      </w:r>
    </w:p>
    <w:p>
      <w:pPr>
        <w:spacing w:after="80"/>
      </w:pPr>
      <w:r>
        <w:t>На основании пп. 2 п. 1 ст. 21, ст. 34.2 НК РФ прошу дать письменное разъяснение по вопросу применения налогового законодательства, изложенному выше.</w:t>
      </w:r>
    </w:p>
    <w:p>
      <w:pPr>
        <w:spacing w:after="80"/>
      </w:pPr>
      <w:r>
        <w:t>1. Копии документов, относящихся к ситуации (при наличии).</w:t>
      </w:r>
    </w:p>
    <w:p/>
    <w:p>
      <w:pPr>
        <w:jc w:val="left"/>
      </w:pPr>
      <w:r>
        <w:rPr>
          <w:sz w:val="24"/>
        </w:rPr>
        <w:t>Дата: «___» __________ 20___ г.</w:t>
      </w:r>
    </w:p>
    <w:p>
      <w:r>
        <w:rPr>
          <w:sz w:val="24"/>
        </w:rPr>
        <w:t>Подпись: ________________ / ________________________ /</w:t>
      </w:r>
    </w:p>
    <w:p>
      <w:r>
        <w:rPr>
          <w:b/>
          <w:sz w:val="24"/>
        </w:rPr>
        <w:t>Приложения: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