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4"/>
        </w:rPr>
        <w:t>В ИФНС России № ___</w:t>
        <w:br/>
        <w:t>по г. __________</w:t>
      </w:r>
    </w:p>
    <w:p>
      <w:pPr>
        <w:jc w:val="right"/>
      </w:pPr>
      <w:r>
        <w:rPr>
          <w:sz w:val="24"/>
        </w:rPr>
        <w:t>от: ________________________</w:t>
        <w:br/>
        <w:t>ИНН: ________________________</w:t>
        <w:br/>
        <w:t>Адрес: ______________________</w:t>
        <w:br/>
        <w:t>Телефон: ____________________</w:t>
      </w:r>
    </w:p>
    <w:p>
      <w:pPr>
        <w:jc w:val="center"/>
      </w:pPr>
      <w:r>
        <w:rPr>
          <w:b/>
          <w:sz w:val="28"/>
        </w:rPr>
        <w:t>ЗАЯВЛЕНИЕ</w:t>
        <w:br/>
        <w:t>о признании задолженности безнадёжной к взысканию и списании</w:t>
      </w:r>
    </w:p>
    <w:p>
      <w:r>
        <w:rPr>
          <w:b/>
          <w:sz w:val="24"/>
        </w:rPr>
        <w:t>1. Сведения о заявителе</w:t>
      </w:r>
    </w:p>
    <w:p>
      <w:pPr>
        <w:spacing w:after="80"/>
      </w:pPr>
      <w:r>
        <w:t>ФИО: ________________________</w:t>
      </w:r>
    </w:p>
    <w:p>
      <w:pPr>
        <w:spacing w:after="80"/>
      </w:pPr>
      <w:r>
        <w:t>ИНН: ________________________</w:t>
      </w:r>
    </w:p>
    <w:p>
      <w:pPr>
        <w:spacing w:after="80"/>
      </w:pPr>
      <w:r>
        <w:t>Адрес: ______________________</w:t>
      </w:r>
    </w:p>
    <w:p>
      <w:r>
        <w:rPr>
          <w:b/>
          <w:sz w:val="24"/>
        </w:rPr>
        <w:t>2. Сведения о задолженности</w:t>
      </w:r>
    </w:p>
    <w:p>
      <w:pPr>
        <w:spacing w:after="80"/>
      </w:pPr>
      <w:r>
        <w:t>Вид налога: __________________</w:t>
      </w:r>
    </w:p>
    <w:p>
      <w:pPr>
        <w:spacing w:after="80"/>
      </w:pPr>
      <w:r>
        <w:t>Налоговые периоды: ___________</w:t>
      </w:r>
    </w:p>
    <w:p>
      <w:pPr>
        <w:spacing w:after="80"/>
      </w:pPr>
      <w:r>
        <w:t>Сумма задолженности (налог): _________ руб. ___ коп.</w:t>
      </w:r>
    </w:p>
    <w:p>
      <w:pPr>
        <w:spacing w:after="80"/>
      </w:pPr>
      <w:r>
        <w:t>Сумма пеней: _________________ руб. ___ коп.</w:t>
      </w:r>
    </w:p>
    <w:p>
      <w:pPr>
        <w:spacing w:after="80"/>
      </w:pPr>
      <w:r>
        <w:t>Сумма штрафов: _______________ руб. ___ коп.</w:t>
      </w:r>
    </w:p>
    <w:p>
      <w:pPr>
        <w:spacing w:after="80"/>
      </w:pPr>
      <w:r>
        <w:t>Итого: ______________________ руб. ___ коп.</w:t>
      </w:r>
    </w:p>
    <w:p>
      <w:r>
        <w:rPr>
          <w:b/>
          <w:sz w:val="24"/>
        </w:rPr>
        <w:t>3. Хронология взыскания</w:t>
      </w:r>
    </w:p>
    <w:p>
      <w:pPr>
        <w:spacing w:after="80"/>
      </w:pPr>
      <w:r>
        <w:t>Требование об уплате: № _____ от _________ (срок исполнения до _________).</w:t>
      </w:r>
    </w:p>
    <w:p>
      <w:pPr>
        <w:spacing w:after="80"/>
      </w:pPr>
      <w:r>
        <w:t>Судебный приказ: № _____ от _________ / не выносился.</w:t>
      </w:r>
    </w:p>
    <w:p>
      <w:pPr>
        <w:spacing w:after="80"/>
      </w:pPr>
      <w:r>
        <w:t>Административный иск: дело № _____ / не подавался.</w:t>
      </w:r>
    </w:p>
    <w:p>
      <w:pPr>
        <w:spacing w:after="80"/>
      </w:pPr>
      <w:r>
        <w:t>Решение суда: от _________ — ________________________________.</w:t>
      </w:r>
    </w:p>
    <w:p>
      <w:pPr>
        <w:spacing w:after="80"/>
      </w:pPr>
      <w:r>
        <w:t>Исполнительное производство: № _____ / не возбуждалось / прекращено __________.</w:t>
      </w:r>
    </w:p>
    <w:p>
      <w:r>
        <w:rPr>
          <w:b/>
          <w:sz w:val="24"/>
        </w:rPr>
        <w:t>4. Основание безнадёжности (пп. ___ п. 1 ст. 59 НК РФ)</w:t>
      </w:r>
    </w:p>
    <w:p>
      <w:pPr>
        <w:spacing w:after="80"/>
      </w:pPr>
      <w:r>
        <w:t>☐ пп. 4 — вступивший в силу судебный акт об отказе во взыскании</w:t>
      </w:r>
    </w:p>
    <w:p>
      <w:pPr>
        <w:spacing w:after="80"/>
      </w:pPr>
      <w:r>
        <w:t>☐ пп. 4.1 — истечение совокупности сроков взыскания (ст. 46–48 НК РФ)</w:t>
      </w:r>
    </w:p>
    <w:p>
      <w:pPr>
        <w:spacing w:after="80"/>
      </w:pPr>
      <w:r>
        <w:t>☐ пп. 5 — иной случай (налоговая амнистия — ФЗ от 28.12.2017 № 436-ФЗ)</w:t>
      </w:r>
    </w:p>
    <w:p>
      <w:pPr>
        <w:spacing w:after="80"/>
      </w:pPr>
      <w:r>
        <w:t>☐ иное: ________________________</w:t>
      </w:r>
    </w:p>
    <w:p>
      <w:r>
        <w:rPr>
          <w:b/>
          <w:sz w:val="24"/>
        </w:rPr>
        <w:t>5. Просьба</w:t>
      </w:r>
    </w:p>
    <w:p>
      <w:pPr>
        <w:spacing w:after="80"/>
      </w:pPr>
      <w:r>
        <w:t>На основании ст. 59 НК РФ прошу признать задолженность по _____________ налогу за _____________ периоды в сумме _________ руб. безнадёжной к взысканию и списать её.</w:t>
      </w:r>
    </w:p>
    <w:p>
      <w:pPr>
        <w:spacing w:after="80"/>
      </w:pPr>
      <w:r>
        <w:t>Прошу скорректировать сальдо единого налогового счёта.</w:t>
      </w:r>
    </w:p>
    <w:p>
      <w:pPr>
        <w:spacing w:after="80"/>
      </w:pPr>
      <w:r>
        <w:t>1. Копия решения суда об отказе во взыскании (при наличии).</w:t>
      </w:r>
    </w:p>
    <w:p>
      <w:pPr>
        <w:spacing w:after="80"/>
      </w:pPr>
      <w:r>
        <w:t>2. Копия постановления пристава о прекращении исполнительного производства (при наличии).</w:t>
      </w:r>
    </w:p>
    <w:p>
      <w:pPr>
        <w:spacing w:after="80"/>
      </w:pPr>
      <w:r>
        <w:t>3. Акт сверки расчётов / справка о задолженности.</w:t>
      </w:r>
    </w:p>
    <w:p>
      <w:pPr>
        <w:spacing w:after="80"/>
      </w:pPr>
      <w:r>
        <w:t>4. Расчёт пропущенных сроков взыскания.</w:t>
      </w:r>
    </w:p>
    <w:p>
      <w:pPr>
        <w:spacing w:after="80"/>
      </w:pPr>
      <w:r>
        <w:t>5. Копия документа, подтверждающего полномочия представителя (при наличии).</w:t>
      </w:r>
    </w:p>
    <w:p/>
    <w:p>
      <w:pPr>
        <w:jc w:val="left"/>
      </w:pPr>
      <w:r>
        <w:rPr>
          <w:sz w:val="24"/>
        </w:rPr>
        <w:t>Дата: «___» __________ 20___ г.</w:t>
      </w:r>
    </w:p>
    <w:p>
      <w:r>
        <w:rPr>
          <w:sz w:val="24"/>
        </w:rPr>
        <w:t>Подпись: ________________ / ________________________ /</w:t>
      </w:r>
    </w:p>
    <w:p>
      <w:r>
        <w:rPr>
          <w:b/>
          <w:sz w:val="24"/>
        </w:rPr>
        <w:t>Приложения: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