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4"/>
        </w:rPr>
        <w:t>В ИФНС России № ___</w:t>
        <w:br/>
        <w:t>по г. __________</w:t>
      </w:r>
    </w:p>
    <w:p>
      <w:pPr>
        <w:jc w:val="right"/>
      </w:pPr>
      <w:r>
        <w:rPr>
          <w:sz w:val="24"/>
        </w:rPr>
        <w:t>от: ________________________</w:t>
        <w:br/>
        <w:t>ИНН: ________________________</w:t>
        <w:br/>
        <w:t>Адрес: ______________________</w:t>
        <w:br/>
        <w:t>Телефон: ____________________</w:t>
      </w:r>
    </w:p>
    <w:p>
      <w:pPr>
        <w:jc w:val="center"/>
      </w:pPr>
      <w:r>
        <w:rPr>
          <w:b/>
          <w:sz w:val="28"/>
        </w:rPr>
        <w:t>ЗАЯВЛЕНИЕ</w:t>
        <w:br/>
        <w:t>об отсрочке (рассрочке) уплаты налога</w:t>
      </w:r>
    </w:p>
    <w:p>
      <w:r>
        <w:rPr>
          <w:b/>
          <w:sz w:val="24"/>
        </w:rPr>
        <w:t>1. Сведения о заявителе</w:t>
      </w:r>
    </w:p>
    <w:p>
      <w:pPr>
        <w:spacing w:after="80"/>
      </w:pPr>
      <w:r>
        <w:t>ФИО: ________________________</w:t>
      </w:r>
    </w:p>
    <w:p>
      <w:pPr>
        <w:spacing w:after="80"/>
      </w:pPr>
      <w:r>
        <w:t>ИНН: ________________________</w:t>
      </w:r>
    </w:p>
    <w:p>
      <w:pPr>
        <w:spacing w:after="80"/>
      </w:pPr>
      <w:r>
        <w:t>Адрес регистрации: ___________</w:t>
      </w:r>
    </w:p>
    <w:p>
      <w:r>
        <w:rPr>
          <w:b/>
          <w:sz w:val="24"/>
        </w:rPr>
        <w:t>2. Сведения о задолженности</w:t>
      </w:r>
    </w:p>
    <w:p>
      <w:pPr>
        <w:spacing w:after="80"/>
      </w:pPr>
      <w:r>
        <w:t>Вид налога: __________________</w:t>
      </w:r>
    </w:p>
    <w:p>
      <w:pPr>
        <w:spacing w:after="80"/>
      </w:pPr>
      <w:r>
        <w:t>Налоговый период: ____________</w:t>
      </w:r>
    </w:p>
    <w:p>
      <w:pPr>
        <w:spacing w:after="80"/>
      </w:pPr>
      <w:r>
        <w:t>Сумма задолженности: _________ руб. ___ коп.</w:t>
      </w:r>
    </w:p>
    <w:p>
      <w:pPr>
        <w:spacing w:after="80"/>
      </w:pPr>
      <w:r>
        <w:t>Из них пени: _________________ руб. ___ коп.</w:t>
      </w:r>
    </w:p>
    <w:p>
      <w:r>
        <w:rPr>
          <w:b/>
          <w:sz w:val="24"/>
        </w:rPr>
        <w:t>3. Вид изменения срока (отметить нужное)</w:t>
      </w:r>
    </w:p>
    <w:p>
      <w:pPr>
        <w:spacing w:after="80"/>
      </w:pPr>
      <w:r>
        <w:t>☐ Отсрочка (перенос срока уплаты единой суммой)</w:t>
      </w:r>
    </w:p>
    <w:p>
      <w:pPr>
        <w:spacing w:after="80"/>
      </w:pPr>
      <w:r>
        <w:t>☐ Рассрочка (уплата частями по графику)</w:t>
      </w:r>
    </w:p>
    <w:p>
      <w:r>
        <w:rPr>
          <w:b/>
          <w:sz w:val="24"/>
        </w:rPr>
        <w:t>4. Основание (пп. ___ п. 2 ст. 64 НК РФ)</w:t>
      </w:r>
    </w:p>
    <w:p>
      <w:pPr>
        <w:spacing w:after="80"/>
      </w:pPr>
      <w:r>
        <w:t>☐ пп. 1 — ущерб от стихийного бедствия, технологической катастрофы, ЧС</w:t>
      </w:r>
    </w:p>
    <w:p>
      <w:pPr>
        <w:spacing w:after="80"/>
      </w:pPr>
      <w:r>
        <w:t>☐ пп. 3 — угроза банкротства при единовременной уплате</w:t>
      </w:r>
    </w:p>
    <w:p>
      <w:pPr>
        <w:spacing w:after="80"/>
      </w:pPr>
      <w:r>
        <w:t>☐ пп. 4 — имущественное положение исключает единовременную уплату</w:t>
      </w:r>
    </w:p>
    <w:p>
      <w:pPr>
        <w:spacing w:after="80"/>
      </w:pPr>
      <w:r>
        <w:t>☐ пп. 5 — сезонный характер производства/реализации</w:t>
      </w:r>
    </w:p>
    <w:p>
      <w:r>
        <w:rPr>
          <w:b/>
          <w:sz w:val="24"/>
        </w:rPr>
        <w:t>5. Желаемый срок</w:t>
      </w:r>
    </w:p>
    <w:p>
      <w:pPr>
        <w:spacing w:after="80"/>
      </w:pPr>
      <w:r>
        <w:t>Срок отсрочки/рассрочки: _____ месяцев (не более 12, по пп. 1 — до 36).</w:t>
      </w:r>
    </w:p>
    <w:p>
      <w:pPr>
        <w:spacing w:after="80"/>
      </w:pPr>
      <w:r>
        <w:t>Желаемая дата начала: ________</w:t>
      </w:r>
    </w:p>
    <w:p>
      <w:r>
        <w:rPr>
          <w:b/>
          <w:sz w:val="24"/>
        </w:rPr>
        <w:t>6. График погашения (при рассрочке)</w:t>
      </w:r>
    </w:p>
    <w:p>
      <w:pPr>
        <w:spacing w:after="80"/>
      </w:pPr>
      <w:r>
        <w:t>Месяц 1: __________ руб.</w:t>
      </w:r>
    </w:p>
    <w:p>
      <w:pPr>
        <w:spacing w:after="80"/>
      </w:pPr>
      <w:r>
        <w:t>Месяц 2: __________ руб.</w:t>
      </w:r>
    </w:p>
    <w:p>
      <w:pPr>
        <w:spacing w:after="80"/>
      </w:pPr>
      <w:r>
        <w:t>Месяц 3: __________ руб.</w:t>
      </w:r>
    </w:p>
    <w:p>
      <w:pPr>
        <w:spacing w:after="80"/>
      </w:pPr>
      <w:r>
        <w:t>... (продолжить по количеству месяцев)</w:t>
      </w:r>
    </w:p>
    <w:p>
      <w:r>
        <w:rPr>
          <w:b/>
          <w:sz w:val="24"/>
        </w:rPr>
        <w:t>7. Имущественное положение</w:t>
      </w:r>
    </w:p>
    <w:p>
      <w:pPr>
        <w:spacing w:after="80"/>
      </w:pPr>
      <w:r>
        <w:t>Ежемесячный доход: ___________ руб.</w:t>
      </w:r>
    </w:p>
    <w:p>
      <w:pPr>
        <w:spacing w:after="80"/>
      </w:pPr>
      <w:r>
        <w:t>Ежемесячные расходы: _________ руб.</w:t>
      </w:r>
    </w:p>
    <w:p>
      <w:pPr>
        <w:spacing w:after="80"/>
      </w:pPr>
      <w:r>
        <w:t>Иждивенцы: ___ чел.</w:t>
      </w:r>
    </w:p>
    <w:p>
      <w:pPr>
        <w:spacing w:after="80"/>
      </w:pPr>
      <w:r>
        <w:t>Недвижимость: ________________</w:t>
      </w:r>
    </w:p>
    <w:p>
      <w:pPr>
        <w:spacing w:after="80"/>
      </w:pPr>
      <w:r>
        <w:t>Транспортные средства: ________</w:t>
      </w:r>
    </w:p>
    <w:p>
      <w:r>
        <w:rPr>
          <w:b/>
          <w:sz w:val="24"/>
        </w:rPr>
        <w:t>8. Обеспечение (при необходимости)</w:t>
      </w:r>
    </w:p>
    <w:p>
      <w:pPr>
        <w:spacing w:after="80"/>
      </w:pPr>
      <w:r>
        <w:t>☐ Залог имущества — описание: ________________________</w:t>
      </w:r>
    </w:p>
    <w:p>
      <w:pPr>
        <w:spacing w:after="80"/>
      </w:pPr>
      <w:r>
        <w:t>☐ Поручительство — ФИО поручителя: ___________________</w:t>
      </w:r>
    </w:p>
    <w:p>
      <w:pPr>
        <w:spacing w:after="80"/>
      </w:pPr>
      <w:r>
        <w:t>☐ Банковская гарантия — банк: ________________________</w:t>
      </w:r>
    </w:p>
    <w:p>
      <w:r>
        <w:rPr>
          <w:b/>
          <w:sz w:val="24"/>
        </w:rPr>
        <w:t>9. Просьба</w:t>
      </w:r>
    </w:p>
    <w:p>
      <w:pPr>
        <w:spacing w:after="80"/>
      </w:pPr>
      <w:r>
        <w:t>На основании ст. 64 НК РФ прошу предоставить отсрочку/рассрочку уплаты _____________ налога за ________ период в сумме _________ руб. сроком на _____ месяцев.</w:t>
      </w:r>
    </w:p>
    <w:p>
      <w:pPr>
        <w:spacing w:after="80"/>
      </w:pPr>
      <w:r>
        <w:t>1. Справка о доходах (2-НДФЛ / выписка).</w:t>
      </w:r>
    </w:p>
    <w:p>
      <w:pPr>
        <w:spacing w:after="80"/>
      </w:pPr>
      <w:r>
        <w:t>2. Сведения об имуществе (выписка ЕГРН).</w:t>
      </w:r>
    </w:p>
    <w:p>
      <w:pPr>
        <w:spacing w:after="80"/>
      </w:pPr>
      <w:r>
        <w:t>3. Документ, подтверждающий основание (заключение МЧС, мед. документы и т.д.).</w:t>
      </w:r>
    </w:p>
    <w:p>
      <w:pPr>
        <w:spacing w:after="80"/>
      </w:pPr>
      <w:r>
        <w:t>4. График погашения.</w:t>
      </w:r>
    </w:p>
    <w:p>
      <w:pPr>
        <w:spacing w:after="80"/>
      </w:pPr>
      <w:r>
        <w:t>5. Копия документа, подтверждающего полномочия представителя (при наличии).</w:t>
      </w:r>
    </w:p>
    <w:p/>
    <w:p>
      <w:pPr>
        <w:jc w:val="left"/>
      </w:pPr>
      <w:r>
        <w:rPr>
          <w:sz w:val="24"/>
        </w:rPr>
        <w:t>Дата: «___» __________ 20___ г.</w:t>
      </w:r>
    </w:p>
    <w:p>
      <w:r>
        <w:rPr>
          <w:sz w:val="24"/>
        </w:rPr>
        <w:t>Подпись: ________________ / ________________________ /</w:t>
      </w:r>
    </w:p>
    <w:p>
      <w:r>
        <w:rPr>
          <w:b/>
          <w:sz w:val="24"/>
        </w:rPr>
        <w:t>Приложения: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