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4"/>
        </w:rPr>
        <w:t>В ИФНС России № ___</w:t>
        <w:br/>
        <w:t>по г. __________</w:t>
      </w:r>
    </w:p>
    <w:p>
      <w:pPr>
        <w:jc w:val="right"/>
      </w:pPr>
      <w:r>
        <w:rPr>
          <w:sz w:val="24"/>
        </w:rPr>
        <w:t>от: ________________________</w:t>
        <w:br/>
        <w:t>ИНН: ________________________</w:t>
        <w:br/>
        <w:t>Адрес: ______________________</w:t>
        <w:br/>
        <w:t>Телефон: ____________________</w:t>
      </w:r>
    </w:p>
    <w:p>
      <w:pPr>
        <w:jc w:val="center"/>
      </w:pPr>
      <w:r>
        <w:rPr>
          <w:b/>
          <w:sz w:val="28"/>
        </w:rPr>
        <w:t>ЗАЯВЛЕНИЕ</w:t>
        <w:br/>
        <w:t>об отмене зачёта суммы, формирующей положительное сальдо ЕНС</w:t>
        <w:br/>
        <w:t>(КНД 1165171)</w:t>
      </w:r>
    </w:p>
    <w:p>
      <w:r>
        <w:rPr>
          <w:b/>
          <w:sz w:val="24"/>
        </w:rPr>
        <w:t>1. Сведения о заявителе</w:t>
      </w:r>
    </w:p>
    <w:p>
      <w:pPr>
        <w:spacing w:after="80"/>
      </w:pPr>
      <w:r>
        <w:t>ФИО: ________________________</w:t>
      </w:r>
    </w:p>
    <w:p>
      <w:pPr>
        <w:spacing w:after="80"/>
      </w:pPr>
      <w:r>
        <w:t>ИНН: ________________________</w:t>
      </w:r>
    </w:p>
    <w:p>
      <w:r>
        <w:rPr>
          <w:b/>
          <w:sz w:val="24"/>
        </w:rPr>
        <w:t>2. Реквизиты зачёта, подлежащего отмене</w:t>
      </w:r>
    </w:p>
    <w:p>
      <w:pPr>
        <w:spacing w:after="80"/>
      </w:pPr>
      <w:r>
        <w:t>Номер решения о зачёте: ______</w:t>
      </w:r>
    </w:p>
    <w:p>
      <w:pPr>
        <w:spacing w:after="80"/>
      </w:pPr>
      <w:r>
        <w:t>Дата решения о зачёте: _______</w:t>
      </w:r>
    </w:p>
    <w:p>
      <w:pPr>
        <w:spacing w:after="80"/>
      </w:pPr>
      <w:r>
        <w:t>Направление зачёта: __________</w:t>
      </w:r>
    </w:p>
    <w:p>
      <w:pPr>
        <w:spacing w:after="80"/>
      </w:pPr>
      <w:r>
        <w:t>Сумма зачёта: ________________</w:t>
      </w:r>
    </w:p>
    <w:p>
      <w:r>
        <w:rPr>
          <w:b/>
          <w:sz w:val="24"/>
        </w:rPr>
        <w:t>3. Сумма отмены</w:t>
      </w:r>
    </w:p>
    <w:p>
      <w:pPr>
        <w:spacing w:after="80"/>
      </w:pPr>
      <w:r>
        <w:t>☐ Полная отмена — вся сумма зачёта</w:t>
      </w:r>
    </w:p>
    <w:p>
      <w:pPr>
        <w:spacing w:after="80"/>
      </w:pPr>
      <w:r>
        <w:t>☐ Частичная отмена — сумма: __________ руб. ___ коп.</w:t>
      </w:r>
    </w:p>
    <w:p>
      <w:r>
        <w:rPr>
          <w:b/>
          <w:sz w:val="24"/>
        </w:rPr>
        <w:t>4. Просьба</w:t>
      </w:r>
    </w:p>
    <w:p>
      <w:pPr>
        <w:spacing w:after="80"/>
      </w:pPr>
      <w:r>
        <w:t>На основании п. 6 ст. 78 НК РФ прошу отменить зачёт в счёт предстоящей обязанности по уплате налога (полностью / в части ________ руб.).</w:t>
      </w:r>
    </w:p>
    <w:p>
      <w:pPr>
        <w:spacing w:after="80"/>
      </w:pPr>
      <w:r>
        <w:t>Номер и дата решения о зачёте: ________________________.</w:t>
      </w:r>
    </w:p>
    <w:p>
      <w:pPr>
        <w:spacing w:after="80"/>
      </w:pPr>
      <w:r>
        <w:t>1. Копия решения о зачёте (при наличии).</w:t>
      </w:r>
    </w:p>
    <w:p>
      <w:pPr>
        <w:spacing w:after="80"/>
      </w:pPr>
      <w:r>
        <w:t>2. Копия документа, подтверждающего полномочия представителя (при наличии).</w:t>
      </w:r>
    </w:p>
    <w:p/>
    <w:p>
      <w:pPr>
        <w:jc w:val="left"/>
      </w:pPr>
      <w:r>
        <w:rPr>
          <w:sz w:val="24"/>
        </w:rPr>
        <w:t>Дата: «___» __________ 20___ г.</w:t>
      </w:r>
    </w:p>
    <w:p>
      <w:r>
        <w:rPr>
          <w:sz w:val="24"/>
        </w:rPr>
        <w:t>Подпись: ________________ / ________________________ /</w:t>
      </w:r>
    </w:p>
    <w:p>
      <w:r>
        <w:rPr>
          <w:b/>
          <w:sz w:val="24"/>
        </w:rPr>
        <w:t>Приложения: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