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</w:pPr>
      <w:r>
        <w:rPr>
          <w:sz w:val="24"/>
        </w:rPr>
        <w:t>В [наименование налогового органа]</w:t>
      </w:r>
    </w:p>
    <w:p>
      <w:pPr>
        <w:spacing w:after="0"/>
        <w:jc w:val="right"/>
      </w:pPr>
      <w:r>
        <w:rPr>
          <w:sz w:val="24"/>
        </w:rPr>
        <w:t>[код ИФНС]</w:t>
      </w:r>
    </w:p>
    <w:p>
      <w:pPr>
        <w:spacing w:after="0"/>
        <w:jc w:val="right"/>
      </w:pPr>
    </w:p>
    <w:p>
      <w:pPr>
        <w:spacing w:after="0"/>
        <w:jc w:val="right"/>
      </w:pPr>
      <w:r>
        <w:rPr>
          <w:sz w:val="24"/>
        </w:rPr>
        <w:t>от [ФИО заявителя]</w:t>
      </w:r>
    </w:p>
    <w:p>
      <w:pPr>
        <w:spacing w:after="0"/>
        <w:jc w:val="right"/>
      </w:pPr>
      <w:r>
        <w:rPr>
          <w:sz w:val="24"/>
        </w:rPr>
        <w:t>ИНН: [_______________]</w:t>
      </w:r>
    </w:p>
    <w:p>
      <w:pPr>
        <w:spacing w:after="0"/>
        <w:jc w:val="right"/>
      </w:pPr>
      <w:r>
        <w:rPr>
          <w:sz w:val="24"/>
        </w:rPr>
        <w:t>Дата рождения: [_______________]</w:t>
      </w:r>
    </w:p>
    <w:p>
      <w:pPr>
        <w:spacing w:after="0"/>
        <w:jc w:val="right"/>
      </w:pPr>
      <w:r>
        <w:rPr>
          <w:sz w:val="24"/>
        </w:rPr>
        <w:t>Адрес: [_______________]</w:t>
      </w:r>
    </w:p>
    <w:p>
      <w:pPr>
        <w:spacing w:after="0"/>
        <w:jc w:val="right"/>
      </w:pPr>
      <w:r>
        <w:rPr>
          <w:sz w:val="24"/>
        </w:rPr>
        <w:t>Телефон: [_______________]</w:t>
      </w:r>
    </w:p>
    <w:p/>
    <w:p>
      <w:pPr>
        <w:jc w:val="center"/>
      </w:pPr>
      <w:r>
        <w:rPr>
          <w:b/>
          <w:sz w:val="28"/>
        </w:rPr>
        <w:t>ЗАЯВЛЕНИЕ</w:t>
      </w:r>
    </w:p>
    <w:p>
      <w:pPr>
        <w:jc w:val="center"/>
      </w:pPr>
      <w:r>
        <w:t>о выдаче налогового уведомления</w:t>
      </w:r>
    </w:p>
    <w:p>
      <w:r>
        <w:t>(по форме КНД 1150084, приказ ФНС от 20.10.2022 № ЕД-7-21/947@)</w:t>
      </w:r>
    </w:p>
    <w:p/>
    <w:p>
      <w:r>
        <w:rPr>
          <w:b/>
        </w:rPr>
        <w:t>1. Налоговый период</w:t>
      </w:r>
    </w:p>
    <w:p>
      <w:pPr>
        <w:spacing w:after="40"/>
      </w:pPr>
      <w:r>
        <w:t>Год, за который запрашивается уведомление: [20___]</w:t>
      </w:r>
    </w:p>
    <w:p/>
    <w:p>
      <w:r>
        <w:rPr>
          <w:b/>
        </w:rPr>
        <w:t>2. Причина обращения</w:t>
      </w:r>
    </w:p>
    <w:p>
      <w:pPr>
        <w:pStyle w:val="ListBullet"/>
      </w:pPr>
      <w:r>
        <w:t>☐ Уведомление не получено по почте</w:t>
      </w:r>
    </w:p>
    <w:p>
      <w:pPr>
        <w:pStyle w:val="ListBullet"/>
      </w:pPr>
      <w:r>
        <w:t>☐ Уведомление отсутствует в личном кабинете</w:t>
      </w:r>
    </w:p>
    <w:p>
      <w:pPr>
        <w:pStyle w:val="ListBullet"/>
      </w:pPr>
      <w:r>
        <w:t>☐ Необходимо получить бумажный экземпляр для проверки начислений</w:t>
      </w:r>
    </w:p>
    <w:p>
      <w:pPr>
        <w:pStyle w:val="ListBullet"/>
      </w:pPr>
      <w:r>
        <w:t>☐ Иное: _______________</w:t>
      </w:r>
    </w:p>
    <w:p/>
    <w:p>
      <w:r>
        <w:rPr>
          <w:b/>
        </w:rPr>
        <w:t>3. Способ получения уведомления</w:t>
      </w:r>
    </w:p>
    <w:p>
      <w:pPr>
        <w:pStyle w:val="ListBullet"/>
      </w:pPr>
      <w:r>
        <w:t>☐ Лично в налоговом органе</w:t>
      </w:r>
    </w:p>
    <w:p>
      <w:pPr>
        <w:pStyle w:val="ListBullet"/>
      </w:pPr>
      <w:r>
        <w:t>☐ По почте на адрес: _______________</w:t>
      </w:r>
    </w:p>
    <w:p/>
    <w:p>
      <w:r>
        <w:rPr>
          <w:b/>
        </w:rPr>
        <w:t>4. Сведения о представителе (при наличии)</w:t>
      </w:r>
    </w:p>
    <w:p>
      <w:pPr>
        <w:spacing w:after="40"/>
      </w:pPr>
      <w:r>
        <w:t>ФИО представителя: _______________</w:t>
      </w:r>
    </w:p>
    <w:p>
      <w:pPr>
        <w:spacing w:after="40"/>
      </w:pPr>
      <w:r>
        <w:t>Реквизиты доверенности: [номер, дата]</w:t>
      </w:r>
    </w:p>
    <w:p/>
    <w:p>
      <w:r>
        <w:t>На основании ст. 52 НК РФ прошу выдать налоговое уведомление за указанный период.</w:t>
      </w:r>
    </w:p>
    <w:p/>
    <w:p>
      <w:r>
        <w:t>Дата: «___» ____________ 20___ г.</w:t>
      </w:r>
    </w:p>
    <w:p>
      <w:r>
        <w:t>Подпись: _______________  /  [ФИО] /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