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4"/>
        </w:rPr>
        <w:t>В ИФНС России № ___</w:t>
        <w:br/>
        <w:t>по г. __________</w:t>
      </w:r>
    </w:p>
    <w:p>
      <w:pPr>
        <w:jc w:val="right"/>
      </w:pPr>
      <w:r>
        <w:rPr>
          <w:sz w:val="24"/>
        </w:rPr>
        <w:t>от: ________________________</w:t>
        <w:br/>
        <w:t>ИНН: ________________________</w:t>
        <w:br/>
        <w:t>Адрес: ______________________</w:t>
        <w:br/>
        <w:t>Телефон: ____________________</w:t>
      </w:r>
    </w:p>
    <w:p>
      <w:pPr>
        <w:jc w:val="center"/>
      </w:pPr>
      <w:r>
        <w:rPr>
          <w:b/>
          <w:sz w:val="28"/>
        </w:rPr>
        <w:t>ЗАЯВЛЕНИЕ</w:t>
        <w:br/>
        <w:t>о зачёте суммы, формирующей положительное сальдо ЕНС</w:t>
        <w:br/>
        <w:t>(КНД 1150057)</w:t>
      </w:r>
    </w:p>
    <w:p>
      <w:r>
        <w:rPr>
          <w:b/>
          <w:sz w:val="24"/>
        </w:rPr>
        <w:t>1. Сведения о заявителе</w:t>
      </w:r>
    </w:p>
    <w:p>
      <w:pPr>
        <w:spacing w:after="80"/>
      </w:pPr>
      <w:r>
        <w:t>ФИО: ________________________</w:t>
      </w:r>
    </w:p>
    <w:p>
      <w:pPr>
        <w:spacing w:after="80"/>
      </w:pPr>
      <w:r>
        <w:t>ИНН: ________________________</w:t>
      </w:r>
    </w:p>
    <w:p>
      <w:pPr>
        <w:spacing w:after="80"/>
      </w:pPr>
      <w:r>
        <w:t>Дата рождения: _______________</w:t>
      </w:r>
    </w:p>
    <w:p>
      <w:r>
        <w:rPr>
          <w:b/>
          <w:sz w:val="24"/>
        </w:rPr>
        <w:t>2. Направление зачёта (отметить нужное)</w:t>
      </w:r>
    </w:p>
    <w:p>
      <w:pPr>
        <w:spacing w:after="80"/>
      </w:pPr>
      <w:r>
        <w:t>☐ В счёт исполнения предстоящей обязанности по уплате конкретного налога (сбора, взноса)</w:t>
      </w:r>
    </w:p>
    <w:p>
      <w:pPr>
        <w:spacing w:after="80"/>
      </w:pPr>
      <w:r>
        <w:t>☐ В счёт исполнения решения налогового органа</w:t>
      </w:r>
    </w:p>
    <w:p>
      <w:pPr>
        <w:spacing w:after="80"/>
      </w:pPr>
      <w:r>
        <w:t>☐ В счёт исполнения обязанности другого лица</w:t>
      </w:r>
    </w:p>
    <w:p>
      <w:r>
        <w:rPr>
          <w:b/>
          <w:sz w:val="24"/>
        </w:rPr>
        <w:t>3. Реквизиты зачёта</w:t>
      </w:r>
    </w:p>
    <w:p>
      <w:pPr>
        <w:spacing w:after="80"/>
      </w:pPr>
      <w:r>
        <w:t>Сумма зачёта: ________________ руб. ___ коп.</w:t>
      </w:r>
    </w:p>
    <w:p>
      <w:pPr>
        <w:spacing w:after="80"/>
      </w:pPr>
      <w:r>
        <w:t>КБК: ________________________</w:t>
      </w:r>
    </w:p>
    <w:p>
      <w:pPr>
        <w:spacing w:after="80"/>
      </w:pPr>
      <w:r>
        <w:t>ОКТМО: ______________________</w:t>
      </w:r>
    </w:p>
    <w:p>
      <w:pPr>
        <w:spacing w:after="80"/>
      </w:pPr>
      <w:r>
        <w:t>Налоговый период: ____________</w:t>
      </w:r>
    </w:p>
    <w:p>
      <w:pPr>
        <w:spacing w:after="80"/>
      </w:pPr>
      <w:r>
        <w:t>Код ИФНС-получателя: _________</w:t>
      </w:r>
    </w:p>
    <w:p>
      <w:r>
        <w:rPr>
          <w:b/>
          <w:sz w:val="24"/>
        </w:rPr>
        <w:t>4. Сведения о третьем лице (при зачёте за другое лицо)</w:t>
      </w:r>
    </w:p>
    <w:p>
      <w:pPr>
        <w:spacing w:after="80"/>
      </w:pPr>
      <w:r>
        <w:t>ФИО: ________________________</w:t>
      </w:r>
    </w:p>
    <w:p>
      <w:pPr>
        <w:spacing w:after="80"/>
      </w:pPr>
      <w:r>
        <w:t>ИНН: ________________________</w:t>
      </w:r>
    </w:p>
    <w:p>
      <w:pPr>
        <w:spacing w:after="80"/>
      </w:pPr>
      <w:r>
        <w:t>КБК: ________________________</w:t>
      </w:r>
    </w:p>
    <w:p>
      <w:pPr>
        <w:spacing w:after="80"/>
      </w:pPr>
      <w:r>
        <w:t>ОКТМО: ______________________</w:t>
      </w:r>
    </w:p>
    <w:p>
      <w:pPr>
        <w:spacing w:after="80"/>
      </w:pPr>
      <w:r>
        <w:t>Налоговый период: ____________</w:t>
      </w:r>
    </w:p>
    <w:p>
      <w:r>
        <w:rPr>
          <w:b/>
          <w:sz w:val="24"/>
        </w:rPr>
        <w:t>5. Просьба</w:t>
      </w:r>
    </w:p>
    <w:p>
      <w:pPr>
        <w:spacing w:after="80"/>
      </w:pPr>
      <w:r>
        <w:t>На основании ст. 78 НК РФ прошу произвести зачёт суммы, формирующей положительное сальдо единого налогового счёта, в размере ________ руб. в счёт _________________________________.</w:t>
      </w:r>
    </w:p>
    <w:p>
      <w:pPr>
        <w:spacing w:after="80"/>
      </w:pPr>
      <w:r>
        <w:t>1. Копия документа, подтверждающего полномочия представителя (при наличии).</w:t>
      </w:r>
    </w:p>
    <w:p/>
    <w:p>
      <w:pPr>
        <w:jc w:val="left"/>
      </w:pPr>
      <w:r>
        <w:rPr>
          <w:sz w:val="24"/>
        </w:rPr>
        <w:t>Дата: «___» __________ 20___ г.</w:t>
      </w:r>
    </w:p>
    <w:p>
      <w:r>
        <w:rPr>
          <w:sz w:val="24"/>
        </w:rPr>
        <w:t>Подпись: ________________ / ________________________ /</w:t>
      </w:r>
    </w:p>
    <w:p>
      <w:r>
        <w:rPr>
          <w:b/>
          <w:sz w:val="24"/>
        </w:rPr>
        <w:t>Приложения: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