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</w:r>
    </w:p>
    <w:p>
      <w:pPr>
        <w:jc w:val="right"/>
      </w:pPr>
      <w:r>
        <w:t>Адрес: [Адрес суда]</w:t>
      </w:r>
    </w:p>
    <w:p>
      <w:pPr>
        <w:jc w:val="right"/>
      </w:pPr>
      <w:r>
        <w:t>Судья: [ФИО судьи, если известно]</w:t>
      </w:r>
    </w:p>
    <w:p>
      <w:pPr>
        <w:jc w:val="right"/>
      </w:pPr>
      <w:r>
        <w:t>Дело №: [Номер дела]</w:t>
      </w:r>
    </w:p>
    <w:p>
      <w:pPr>
        <w:jc w:val="right"/>
      </w:pPr>
      <w:r>
        <w:t>Истец: [ФИО заявителя]</w:t>
      </w:r>
    </w:p>
    <w:p>
      <w:pPr>
        <w:jc w:val="right"/>
      </w:pPr>
      <w:r>
        <w:t>ИНН: [ИНН]</w:t>
      </w:r>
    </w:p>
    <w:p>
      <w:pPr>
        <w:jc w:val="right"/>
      </w:pPr>
      <w:r>
        <w:t>Адрес: [Адрес регистрации]</w:t>
      </w:r>
    </w:p>
    <w:p>
      <w:pPr>
        <w:jc w:val="right"/>
      </w:pPr>
      <w:r>
        <w:t>Телефон: [Телефон]</w:t>
      </w:r>
    </w:p>
    <w:p>
      <w:pPr>
        <w:jc w:val="right"/>
      </w:pPr>
      <w:r>
        <w:t>Ответчик: ИФНС России № [Номер] по [г./району]</w:t>
      </w:r>
    </w:p>
    <w:p>
      <w:pPr>
        <w:jc w:val="right"/>
      </w:pPr>
      <w:r>
        <w:t>Адрес: [Адрес инспекции]</w:t>
      </w:r>
    </w:p>
    <w:p>
      <w:pPr>
        <w:jc w:val="center"/>
      </w:pPr>
      <w:r>
        <w:rPr>
          <w:b/>
        </w:rPr>
        <w:t>ЗАЯВЛЕНИЕ</w:t>
      </w:r>
    </w:p>
    <w:p>
      <w:r>
        <w:t>о подложности (фальсификации) и исключении доказательства</w:t>
      </w:r>
    </w:p>
    <w:p/>
    <w:p>
      <w:r>
        <w:t>В производстве [наименование суда] находится административное дело № [номер] по иску [ФИО] к ИФНС № [номер].</w:t>
      </w:r>
    </w:p>
    <w:p>
      <w:r>
        <w:t>В материалы дела Ответчиком представлено следующее доказательство: [наименование документа, дата, номер, лист дела].</w:t>
      </w:r>
    </w:p>
    <w:p/>
    <w:p>
      <w:r>
        <w:t>На основании ст. 59, 60, 61 КАС РФ заявляю о подложности (недостоверности) указанного доказательства ввиду следующих обстоятельств:</w:t>
      </w:r>
    </w:p>
    <w:p>
      <w:pPr>
        <w:pStyle w:val="ListNumber"/>
      </w:pPr>
      <w:r>
        <w:t>1. Признаки подложности: [например: подпись в документе не принадлежит мне; документ содержит даты, в которые я находился за пределами РФ; текст документа содержит явные исправления/дописки].</w:t>
      </w:r>
    </w:p>
    <w:p>
      <w:pPr>
        <w:pStyle w:val="ListNumber"/>
      </w:pPr>
      <w:r>
        <w:t>2. Обоснование: [указать факты, опровергающие подлинность или достоверность].</w:t>
      </w:r>
    </w:p>
    <w:p>
      <w:pPr>
        <w:pStyle w:val="ListNumber"/>
      </w:pPr>
      <w:r>
        <w:t>3. Подтверждающие документы: [перечислить приложения, например: копия загранпаспорта, справка от работодателя, образцы подписи].</w:t>
      </w:r>
    </w:p>
    <w:p/>
    <w:p>
      <w:r>
        <w:t>На основании изложенного, руководствуясь ст. 59–61, 77, 84 КАС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Проверить заявление о подложности доказательства — [наименование документа].</w:t>
      </w:r>
    </w:p>
    <w:p>
      <w:pPr>
        <w:pStyle w:val="ListNumber"/>
      </w:pPr>
      <w:r>
        <w:t>2. Исключить [наименование документа] из числа доказательств по делу № [номер] как недопустимое/недостоверное.</w:t>
      </w:r>
    </w:p>
    <w:p>
      <w:pPr>
        <w:pStyle w:val="ListNumber"/>
      </w:pPr>
      <w:r>
        <w:t>3. (Опционально) Назначить по делу судебную [почерковедческую/техническую] экспертизу для проверки подлинности документа.</w:t>
      </w:r>
    </w:p>
    <w:p/>
    <w:p>
      <w:r>
        <w:t>Об уголовной ответственности по ст. 306 УК РФ за заведомо ложный донос предупрежден.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Документы, подтверждающие доводы о подложности (на ___ л.).</w:t>
      </w:r>
    </w:p>
    <w:p>
      <w:pPr>
        <w:pStyle w:val="ListNumber"/>
      </w:pPr>
      <w:r>
        <w:t>2. Доказательства направления копии заявления Ответчику.</w:t>
      </w:r>
    </w:p>
    <w:p/>
    <w:p>
      <w:r>
        <w:t>«___» __________ 202_ г.         ____________ / [ФИО заявителя]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