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апелляционного суда — суда второй инстанции]</w:t>
      </w:r>
    </w:p>
    <w:p>
      <w:pPr>
        <w:jc w:val="right"/>
      </w:pPr>
      <w:r>
        <w:t>Адрес: [адрес апелляционного суда]</w:t>
      </w:r>
    </w:p>
    <w:p>
      <w:pPr>
        <w:jc w:val="right"/>
      </w:pPr>
      <w:r>
        <w:t>Через: [наименование суда первой инстанции, принявшего решение]</w:t>
      </w:r>
    </w:p>
    <w:p>
      <w:pPr>
        <w:jc w:val="right"/>
      </w:pPr>
      <w:r>
        <w:t>Адрес: [адрес суда первой инстанции]</w:t>
      </w:r>
    </w:p>
    <w:p>
      <w:pPr>
        <w:jc w:val="right"/>
      </w:pPr>
      <w:r>
        <w:t>Административный истец: [ФИО полностью]</w:t>
      </w:r>
    </w:p>
    <w:p>
      <w:pPr>
        <w:jc w:val="right"/>
      </w:pPr>
      <w:r>
        <w:t>ИНН: [номер]</w:t>
      </w:r>
    </w:p>
    <w:p>
      <w:pPr>
        <w:jc w:val="right"/>
      </w:pPr>
      <w:r>
        <w:t>Адрес регистрации: [индекс, адрес]</w:t>
      </w:r>
    </w:p>
    <w:p>
      <w:pPr>
        <w:jc w:val="right"/>
      </w:pPr>
      <w:r>
        <w:t>Тел.: [номер телефона]</w:t>
      </w:r>
    </w:p>
    <w:p>
      <w:pPr>
        <w:jc w:val="right"/>
      </w:pPr>
      <w:r>
        <w:t>Эл. почта: [email]</w:t>
      </w:r>
    </w:p>
    <w:p>
      <w:pPr>
        <w:jc w:val="right"/>
      </w:pPr>
      <w:r>
        <w:t>Административный ответчик: [Наименование ИФНС]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Дело № [номер дела в суде первой инстанции]</w:t>
      </w:r>
    </w:p>
    <w:p>
      <w:pPr>
        <w:jc w:val="center"/>
      </w:pPr>
      <w:r>
        <w:rPr>
          <w:b/>
        </w:rPr>
        <w:t>**АПЕЛЛЯЦИОННАЯ ЖАЛОБА</w:t>
      </w:r>
    </w:p>
    <w:p>
      <w:r>
        <w:t>на решение [наименование суда первой инстанции] от [дата] по делу № [номер]**</w:t>
      </w:r>
    </w:p>
    <w:p/>
    <w:p>
      <w:r>
        <w:t>«___» __________ 20__ г. [наименование суда первой инстанции] было вынесено решение по административному делу по иску [ФИО истца] к [Наименование ИФНС] о [суть спора, например: признании незаконным решения о доначислении НДФЛ].</w:t>
      </w:r>
    </w:p>
    <w:p/>
    <w:p>
      <w:r>
        <w:t>Указанным решением в удовлетворении требований административного истца было отказано [либо требования удовлетворены частично].</w:t>
      </w:r>
    </w:p>
    <w:p/>
    <w:p>
      <w:r>
        <w:t>Считаю решение суда незаконным и необоснованным по следующим основаниям (ст. 310 КАС РФ):</w:t>
      </w:r>
    </w:p>
    <w:p>
      <w:pPr>
        <w:pStyle w:val="ListNumber"/>
      </w:pPr>
      <w:r>
        <w:t>1. **Неправильное определение обстоятельств, имеющих значение для административного дела:** [указать, какие факты суд не учел или определил неверно].</w:t>
      </w:r>
    </w:p>
    <w:p>
      <w:pPr>
        <w:pStyle w:val="ListNumber"/>
      </w:pPr>
      <w:r>
        <w:t>2. **Недоказанность установленных судом первой инстанции обстоятельств:** [указать, какие выводы суда не подтверждены доказательствами].</w:t>
      </w:r>
    </w:p>
    <w:p>
      <w:pPr>
        <w:pStyle w:val="ListNumber"/>
      </w:pPr>
      <w:r>
        <w:t>3. **Несоответствие выводов суда первой инстанции обстоятельствам дела:** [указать, в чем логическая ошибка суда].</w:t>
      </w:r>
    </w:p>
    <w:p>
      <w:pPr>
        <w:pStyle w:val="ListNumber"/>
      </w:pPr>
      <w:r>
        <w:t>4. **Нарушение или неправильное применение норм материального права или норм процессуального права:** [указать статьи НК РФ или КАС РФ, которые были нарушены].</w:t>
      </w:r>
    </w:p>
    <w:p/>
    <w:p>
      <w:r>
        <w:t>В частности, [подробное описание позиции со ссылками на листы дела и нормы права].</w:t>
      </w:r>
    </w:p>
    <w:p/>
    <w:p>
      <w:r>
        <w:t>На основании изложенного, руководствуясь ст. 295, 298, 299, 308, 310 КАС РФ,</w:t>
      </w:r>
    </w:p>
    <w:p/>
    <w:p>
      <w:r>
        <w:t>**ПРОШУ:**</w:t>
      </w:r>
    </w:p>
    <w:p/>
    <w:p>
      <w:r>
        <w:t>Решение [наименование суда первой инстанции] от [дата] по делу № [номер] отменить полностью [или в части] и принять по делу новое решение об удовлетворении административных исковых требований в полном объеме.</w:t>
      </w:r>
    </w:p>
    <w:p/>
    <w:p>
      <w:r>
        <w:t>**Приложения:**</w:t>
      </w:r>
    </w:p>
    <w:p>
      <w:pPr>
        <w:pStyle w:val="ListNumber"/>
      </w:pPr>
      <w:r>
        <w:t>1. Документ об оплате государственной пошлины (3 000 руб.).</w:t>
      </w:r>
    </w:p>
    <w:p>
      <w:pPr>
        <w:pStyle w:val="ListNumber"/>
      </w:pPr>
      <w:r>
        <w:t>2. Документы, подтверждающие направление копии апелляционной жалобы и приложенных к ней документов административному ответчику (ИФНС) и иным лицам (опись вложения, почтовая квитанция).</w:t>
      </w:r>
    </w:p>
    <w:p>
      <w:pPr>
        <w:pStyle w:val="ListNumber"/>
      </w:pPr>
      <w:r>
        <w:t>3. Копия обжалуемого решения суда (желательно).</w:t>
      </w:r>
    </w:p>
    <w:p>
      <w:pPr>
        <w:pStyle w:val="ListNumber"/>
      </w:pPr>
      <w:r>
        <w:t>4. [Иные документы, подтверждающие доводы жалобы].</w:t>
      </w:r>
    </w:p>
    <w:p/>
    <w:p>
      <w:r>
        <w:t>«___» __________ 20__ г.        ____________ / [ФИО заявителя]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