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[наименование суда, рассматривавшего дело]</w:t>
      </w:r>
    </w:p>
    <w:p>
      <w:pPr>
        <w:jc w:val="right"/>
      </w:pPr>
      <w:r>
        <w:t>Адрес: [адрес суда]</w:t>
      </w:r>
    </w:p>
    <w:p>
      <w:pPr>
        <w:jc w:val="right"/>
      </w:pPr>
      <w:r>
        <w:t>Заявитель: [ФИО]</w:t>
      </w:r>
    </w:p>
    <w:p>
      <w:pPr>
        <w:jc w:val="right"/>
      </w:pPr>
      <w:r>
        <w:t>ИНН: [ИНН]</w:t>
      </w:r>
    </w:p>
    <w:p>
      <w:pPr>
        <w:jc w:val="right"/>
      </w:pPr>
      <w:r>
        <w:t>Адрес: [индекс, адрес регистрации]</w:t>
      </w:r>
    </w:p>
    <w:p>
      <w:pPr>
        <w:jc w:val="right"/>
      </w:pPr>
      <w:r>
        <w:t>Тел.: [телефон]</w:t>
      </w:r>
    </w:p>
    <w:p>
      <w:pPr>
        <w:jc w:val="right"/>
      </w:pPr>
      <w:r>
        <w:t>Заинтересованное лицо (Ответчик):</w:t>
      </w:r>
    </w:p>
    <w:p>
      <w:pPr>
        <w:jc w:val="right"/>
      </w:pPr>
      <w:r>
        <w:t>[Наименование ИФНС, являвшейся ответчиком]</w:t>
      </w:r>
    </w:p>
    <w:p>
      <w:pPr>
        <w:jc w:val="right"/>
      </w:pPr>
      <w:r>
        <w:t>ИНН: [ИНН инспекции]</w:t>
      </w:r>
    </w:p>
    <w:p>
      <w:pPr>
        <w:jc w:val="right"/>
      </w:pPr>
      <w:r>
        <w:t>Адрес: [адрес инспекции]</w:t>
      </w:r>
    </w:p>
    <w:p>
      <w:pPr>
        <w:jc w:val="right"/>
      </w:pPr>
      <w:r>
        <w:t>Дело № [номер дела]</w:t>
      </w:r>
    </w:p>
    <w:p>
      <w:pPr>
        <w:jc w:val="center"/>
      </w:pPr>
      <w:r>
        <w:rPr>
          <w:b/>
        </w:rPr>
        <w:t>ЗАЯВЛЕНИЕ</w:t>
      </w:r>
    </w:p>
    <w:p>
      <w:r>
        <w:t>о взыскании судебных расходов</w:t>
      </w:r>
    </w:p>
    <w:p/>
    <w:p>
      <w:r>
        <w:t>[Наименование суда] было рассмотрено административное дело № [номер] по иску [ФИО] к [Наименование ИФНС] о [суть спора, например: признании недействительным решения о доначислении налога].</w:t>
      </w:r>
    </w:p>
    <w:p>
      <w:r>
        <w:t>Решением суда от «___» ________ 20__ г. требования административного истца удовлетворены [полностью / в части]. Указанное решение вступило в законную силу «___» ________ 20__ г. (на основании [указать акт: решения суда первой или апелляционной инстанции]).</w:t>
      </w:r>
    </w:p>
    <w:p/>
    <w:p>
      <w:r>
        <w:t>В ходе рассмотрения дела мною были понесены следующие судебные расходы:</w:t>
      </w:r>
    </w:p>
    <w:p>
      <w:pPr>
        <w:pStyle w:val="ListNumber"/>
      </w:pPr>
      <w:r>
        <w:t>1. Расходы на оплату услуг представителя в размере [сумма] руб. (Договор № от [дата], факт оплаты подтверждается [квитанция/чек]). Считаю данную сумму разумной, так как [указать: сложность дела, количество заседаний, объем подготовленных документов].</w:t>
      </w:r>
    </w:p>
    <w:p>
      <w:pPr>
        <w:pStyle w:val="ListNumber"/>
      </w:pPr>
      <w:r>
        <w:t>2. Расходы на оплату государственной пошлины в размере [сумма] руб.</w:t>
      </w:r>
    </w:p>
    <w:p>
      <w:pPr>
        <w:pStyle w:val="ListNumber"/>
      </w:pPr>
      <w:r>
        <w:t>3. Почтовые расходы в размере [сумма] руб. (отправка документов сторонам и в суд).</w:t>
      </w:r>
    </w:p>
    <w:p>
      <w:pPr>
        <w:pStyle w:val="ListNumber"/>
      </w:pPr>
      <w:r>
        <w:t>4. Расходы на [экспертизу / проезд / нотариальные услуги] в размере [сумма] руб.</w:t>
      </w:r>
    </w:p>
    <w:p>
      <w:r>
        <w:t>Итого общая сумма судебных расходов составляет: [сумма прописью] рублей.</w:t>
      </w:r>
    </w:p>
    <w:p/>
    <w:p>
      <w:r>
        <w:t>В соответствии со ст. 106, 111, 112, 114.1 КАС РФ,</w:t>
      </w:r>
    </w:p>
    <w:p/>
    <w:p>
      <w:r>
        <w:rPr>
          <w:b/>
        </w:rPr>
        <w:t>ПРОШУ:</w:t>
      </w:r>
    </w:p>
    <w:p/>
    <w:p>
      <w:r>
        <w:t>Взыскать с [Наименование ИФНС] в пользу [ФИО] судебные расходы в размере [общая сумма] рублей.</w:t>
      </w:r>
    </w:p>
    <w:p/>
    <w:p>
      <w:r>
        <w:t>Денежные средства прошу перечислить по следующим реквизитам:</w:t>
      </w:r>
    </w:p>
    <w:p>
      <w:r>
        <w:t>Получатель: [ФИО]</w:t>
      </w:r>
    </w:p>
    <w:p>
      <w:r>
        <w:t>Банк: [наименование]</w:t>
      </w:r>
    </w:p>
    <w:p>
      <w:r>
        <w:t>БИК: [номер]</w:t>
      </w:r>
    </w:p>
    <w:p>
      <w:r>
        <w:t>К/с: [номер]</w:t>
      </w:r>
    </w:p>
    <w:p>
      <w:r>
        <w:t>Р/с: [номер]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договора об оказании юридических услуг.</w:t>
      </w:r>
    </w:p>
    <w:p>
      <w:pPr>
        <w:pStyle w:val="ListNumber"/>
      </w:pPr>
      <w:r>
        <w:t>2. Копии документов, подтверждающих оплату услуг (чеки, квитанции).</w:t>
      </w:r>
    </w:p>
    <w:p>
      <w:pPr>
        <w:pStyle w:val="ListNumber"/>
      </w:pPr>
      <w:r>
        <w:t>3. Копии почтовых квитанций и описей вложения.</w:t>
      </w:r>
    </w:p>
    <w:p>
      <w:pPr>
        <w:pStyle w:val="ListNumber"/>
      </w:pPr>
      <w:r>
        <w:t>4. Оригинал квитанции об оплате госпошлины (если не была взыскана ранее).</w:t>
      </w:r>
    </w:p>
    <w:p>
      <w:pPr>
        <w:pStyle w:val="ListNumber"/>
      </w:pPr>
      <w:r>
        <w:t>5. Документ, подтверждающий направление копии настоящего заявления в адрес ИФНС.</w:t>
      </w:r>
    </w:p>
    <w:p/>
    <w:p>
      <w:r>
        <w:t>«___» __________ 20__ г.        ____________ / [ФИО]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